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E4D7C" w14:textId="1401E473" w:rsidR="009816DF" w:rsidRPr="009816DF" w:rsidRDefault="00DB6FB3" w:rsidP="009816DF">
      <w:pPr>
        <w:pStyle w:val="Ttulo1"/>
        <w:pageBreakBefore/>
        <w:spacing w:before="100" w:beforeAutospacing="1" w:afterAutospacing="1" w:line="240" w:lineRule="auto"/>
        <w:jc w:val="center"/>
        <w:rPr>
          <w:rFonts w:ascii="Arial" w:eastAsia="Calibri" w:hAnsi="Arial" w:cs="Arial"/>
          <w:sz w:val="32"/>
          <w:szCs w:val="32"/>
          <w:lang w:val="es-ES"/>
        </w:rPr>
      </w:pPr>
      <w:bookmarkStart w:id="0" w:name="anexo_3"/>
      <w:bookmarkStart w:id="1" w:name="toc_021"/>
      <w:r>
        <w:rPr>
          <w:rFonts w:ascii="Arial" w:eastAsia="Calibri" w:hAnsi="Arial" w:cs="Arial"/>
          <w:sz w:val="32"/>
          <w:szCs w:val="32"/>
          <w:lang w:val="es-ES"/>
        </w:rPr>
        <w:t>FORMULARIO</w:t>
      </w:r>
      <w:r w:rsidR="0056175C" w:rsidRPr="0052230C">
        <w:rPr>
          <w:rFonts w:ascii="Arial" w:eastAsia="Calibri" w:hAnsi="Arial" w:cs="Arial"/>
          <w:sz w:val="32"/>
          <w:szCs w:val="32"/>
          <w:lang w:val="es-ES"/>
        </w:rPr>
        <w:t xml:space="preserve"> DE SOLICITUD DE FINANCIACIÓN</w:t>
      </w:r>
      <w:bookmarkEnd w:id="0"/>
      <w:bookmarkEnd w:id="1"/>
      <w:r w:rsidR="0056175C" w:rsidRPr="0052230C">
        <w:rPr>
          <w:rFonts w:ascii="Arial" w:eastAsia="Calibri" w:hAnsi="Arial" w:cs="Arial"/>
          <w:sz w:val="32"/>
          <w:szCs w:val="32"/>
          <w:lang w:val="es-ES"/>
        </w:rPr>
        <w:t xml:space="preserve"> </w:t>
      </w:r>
      <w:r w:rsidR="00042B6D">
        <w:rPr>
          <w:rFonts w:ascii="Arial" w:eastAsia="Calibri" w:hAnsi="Arial" w:cs="Arial"/>
          <w:sz w:val="32"/>
          <w:szCs w:val="32"/>
          <w:lang w:val="es-ES"/>
        </w:rPr>
        <w:t>FONDO DE CONSOLIDACIÓN EMPRESARIL</w:t>
      </w:r>
      <w:r w:rsidR="0056175C" w:rsidRPr="00042B6D">
        <w:rPr>
          <w:rFonts w:ascii="Arial" w:eastAsia="Calibri" w:hAnsi="Arial" w:cs="Arial"/>
          <w:sz w:val="32"/>
          <w:szCs w:val="32"/>
          <w:lang w:val="es-ES"/>
        </w:rPr>
        <w:t xml:space="preserve"> ALANTRE</w:t>
      </w:r>
      <w:r w:rsidR="009816DF">
        <w:rPr>
          <w:rFonts w:ascii="Arial" w:eastAsia="Calibri" w:hAnsi="Arial" w:cs="Arial"/>
          <w:sz w:val="32"/>
          <w:szCs w:val="32"/>
          <w:lang w:val="es-ES"/>
        </w:rPr>
        <w:t xml:space="preserve"> – PRODUCTO FINANCIERO: PRÉSTAMO PARTICIPATIVO</w:t>
      </w:r>
    </w:p>
    <w:p w14:paraId="1C136FAE" w14:textId="3E990EC9" w:rsidR="00E109BE" w:rsidRPr="00E109BE" w:rsidRDefault="00E109BE" w:rsidP="00E109BE">
      <w:pPr>
        <w:pStyle w:val="Ttulo2"/>
        <w:spacing w:before="100" w:beforeAutospacing="1" w:afterAutospacing="1"/>
        <w:jc w:val="center"/>
        <w:rPr>
          <w:rFonts w:ascii="Arial" w:eastAsia="Calibri" w:hAnsi="Arial" w:cs="Arial"/>
          <w:b w:val="0"/>
          <w:bCs w:val="0"/>
          <w:i/>
          <w:iCs/>
          <w:color w:val="auto"/>
          <w:sz w:val="22"/>
          <w:szCs w:val="22"/>
          <w:lang w:val="es-ES" w:eastAsia="es-ES"/>
        </w:rPr>
      </w:pPr>
      <w:r w:rsidRPr="00E109BE">
        <w:rPr>
          <w:rFonts w:ascii="Arial" w:hAnsi="Arial" w:cs="Arial"/>
          <w:b w:val="0"/>
          <w:bCs w:val="0"/>
          <w:i/>
          <w:iCs/>
          <w:color w:val="auto"/>
          <w:sz w:val="22"/>
          <w:lang w:val="es-ES" w:eastAsia="es-ES"/>
        </w:rPr>
        <w:t xml:space="preserve">Versión </w:t>
      </w:r>
      <w:r w:rsidR="009816DF">
        <w:rPr>
          <w:rFonts w:ascii="Arial" w:hAnsi="Arial" w:cs="Arial"/>
          <w:b w:val="0"/>
          <w:bCs w:val="0"/>
          <w:i/>
          <w:iCs/>
          <w:color w:val="auto"/>
          <w:sz w:val="22"/>
          <w:lang w:val="es-ES" w:eastAsia="es-ES"/>
        </w:rPr>
        <w:t>2</w:t>
      </w:r>
      <w:r w:rsidRPr="00E109BE">
        <w:rPr>
          <w:rFonts w:ascii="Arial" w:hAnsi="Arial" w:cs="Arial"/>
          <w:b w:val="0"/>
          <w:bCs w:val="0"/>
          <w:i/>
          <w:iCs/>
          <w:color w:val="auto"/>
          <w:sz w:val="22"/>
          <w:lang w:val="es-ES" w:eastAsia="es-ES"/>
        </w:rPr>
        <w:t xml:space="preserve"> </w:t>
      </w:r>
      <w:r>
        <w:rPr>
          <w:rFonts w:ascii="Arial" w:hAnsi="Arial" w:cs="Arial"/>
          <w:b w:val="0"/>
          <w:bCs w:val="0"/>
          <w:i/>
          <w:iCs/>
          <w:color w:val="auto"/>
          <w:sz w:val="22"/>
          <w:lang w:val="es-ES" w:eastAsia="es-ES"/>
        </w:rPr>
        <w:t xml:space="preserve">- </w:t>
      </w:r>
      <w:r w:rsidRPr="00E109BE">
        <w:rPr>
          <w:rFonts w:ascii="Arial" w:eastAsia="Calibri" w:hAnsi="Arial" w:cs="Arial"/>
          <w:b w:val="0"/>
          <w:bCs w:val="0"/>
          <w:i/>
          <w:iCs/>
          <w:color w:val="auto"/>
          <w:sz w:val="22"/>
          <w:szCs w:val="22"/>
          <w:lang w:val="es-ES" w:eastAsia="es-ES"/>
        </w:rPr>
        <w:t xml:space="preserve">Fecha: </w:t>
      </w:r>
      <w:r w:rsidR="009816DF">
        <w:rPr>
          <w:rFonts w:ascii="Arial" w:eastAsia="Calibri" w:hAnsi="Arial" w:cs="Arial"/>
          <w:b w:val="0"/>
          <w:bCs w:val="0"/>
          <w:i/>
          <w:iCs/>
          <w:color w:val="auto"/>
          <w:sz w:val="22"/>
          <w:szCs w:val="22"/>
          <w:lang w:val="es-ES" w:eastAsia="es-ES"/>
        </w:rPr>
        <w:t>30</w:t>
      </w:r>
      <w:r w:rsidRPr="00E109BE">
        <w:rPr>
          <w:rFonts w:ascii="Arial" w:eastAsia="Calibri" w:hAnsi="Arial" w:cs="Arial"/>
          <w:b w:val="0"/>
          <w:bCs w:val="0"/>
          <w:i/>
          <w:iCs/>
          <w:color w:val="auto"/>
          <w:sz w:val="22"/>
          <w:szCs w:val="22"/>
          <w:lang w:val="es-ES" w:eastAsia="es-ES"/>
        </w:rPr>
        <w:t>/10/2026</w:t>
      </w:r>
    </w:p>
    <w:p w14:paraId="2E4CD75E" w14:textId="3ECA1CBC"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1. Datos del solicitante</w:t>
      </w:r>
    </w:p>
    <w:p w14:paraId="54EEF974" w14:textId="77777777" w:rsidR="00992801" w:rsidRPr="0052230C" w:rsidRDefault="00992801" w:rsidP="009117F0">
      <w:pPr>
        <w:spacing w:before="100" w:beforeAutospacing="1" w:after="100"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Razón social:</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NIF:</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Domicilio social:</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Domicilio del centro donde se realizará la inversión:</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Municipio:</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Provincia:</w:t>
      </w:r>
      <w:r w:rsidRPr="0052230C">
        <w:rPr>
          <w:rFonts w:ascii="Arial" w:hAnsi="Arial" w:cs="Arial"/>
          <w:sz w:val="22"/>
          <w:lang w:val="es-ES" w:eastAsia="es-ES"/>
        </w:rPr>
        <w:t xml:space="preserve"> Asturias</w:t>
      </w:r>
      <w:r w:rsidRPr="0052230C">
        <w:rPr>
          <w:rFonts w:ascii="Arial" w:hAnsi="Arial" w:cs="Arial"/>
          <w:sz w:val="22"/>
          <w:lang w:val="es-ES" w:eastAsia="es-ES"/>
        </w:rPr>
        <w:br/>
      </w:r>
      <w:r w:rsidRPr="0052230C">
        <w:rPr>
          <w:rFonts w:ascii="Arial" w:hAnsi="Arial" w:cs="Arial"/>
          <w:b/>
          <w:bCs/>
          <w:sz w:val="22"/>
          <w:lang w:val="es-ES" w:eastAsia="es-ES"/>
        </w:rPr>
        <w:t>Actividad principal / CNAE:</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Página web:</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Persona de contacto:</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Teléfono:</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Correo electrónico:</w:t>
      </w:r>
      <w:r w:rsidRPr="0052230C">
        <w:rPr>
          <w:rFonts w:ascii="Arial" w:hAnsi="Arial" w:cs="Arial"/>
          <w:sz w:val="22"/>
          <w:lang w:val="es-ES" w:eastAsia="es-ES"/>
        </w:rPr>
        <w:t xml:space="preserve"> [●]</w:t>
      </w:r>
    </w:p>
    <w:p w14:paraId="6EE4BBD7" w14:textId="77777777"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2. Representante</w:t>
      </w:r>
    </w:p>
    <w:p w14:paraId="58072C1A"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Nombre y apellidos:</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DNI/NIE:</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Cargo:</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Título de representación:</w:t>
      </w:r>
      <w:r w:rsidRPr="0052230C">
        <w:rPr>
          <w:rFonts w:ascii="Arial" w:hAnsi="Arial" w:cs="Arial"/>
          <w:sz w:val="22"/>
          <w:lang w:val="es-ES" w:eastAsia="es-ES"/>
        </w:rPr>
        <w:t xml:space="preserve"> [administrador / apoderado / otro]</w:t>
      </w:r>
      <w:r w:rsidRPr="0052230C">
        <w:rPr>
          <w:rFonts w:ascii="Arial" w:hAnsi="Arial" w:cs="Arial"/>
          <w:sz w:val="22"/>
          <w:lang w:val="es-ES" w:eastAsia="es-ES"/>
        </w:rPr>
        <w:br/>
      </w:r>
      <w:r w:rsidRPr="0052230C">
        <w:rPr>
          <w:rFonts w:ascii="Arial" w:hAnsi="Arial" w:cs="Arial"/>
          <w:b/>
          <w:bCs/>
          <w:sz w:val="22"/>
          <w:lang w:val="es-ES" w:eastAsia="es-ES"/>
        </w:rPr>
        <w:t>Correo electrónico a efectos de comunicaciones:</w:t>
      </w:r>
      <w:r w:rsidRPr="0052230C">
        <w:rPr>
          <w:rFonts w:ascii="Arial" w:hAnsi="Arial" w:cs="Arial"/>
          <w:sz w:val="22"/>
          <w:lang w:val="es-ES" w:eastAsia="es-ES"/>
        </w:rPr>
        <w:t xml:space="preserve"> [●]</w:t>
      </w:r>
    </w:p>
    <w:p w14:paraId="2633CB2C" w14:textId="77777777"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3. Categoría de empresa</w:t>
      </w:r>
    </w:p>
    <w:p w14:paraId="2C0615C7"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sz w:val="22"/>
          <w:lang w:val="es-ES" w:eastAsia="es-ES"/>
        </w:rPr>
        <w:t>Marcar lo que proceda:</w:t>
      </w:r>
    </w:p>
    <w:p w14:paraId="007E2F04"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Microempresa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Pequeña empresa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Mediana empresa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Gran empresa</w:t>
      </w:r>
    </w:p>
    <w:p w14:paraId="03DE5704"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Empresas vinculadas o asociadas:</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No existen</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Sí existen. Identificar: [●]</w:t>
      </w:r>
    </w:p>
    <w:p w14:paraId="03BCEE87" w14:textId="62880422"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4. Producto financiero solicitado</w:t>
      </w:r>
      <w:r w:rsidR="009816DF">
        <w:rPr>
          <w:rFonts w:ascii="Arial" w:eastAsia="Calibri" w:hAnsi="Arial" w:cs="Arial"/>
          <w:sz w:val="22"/>
          <w:szCs w:val="22"/>
          <w:lang w:val="es-ES" w:eastAsia="es-ES"/>
        </w:rPr>
        <w:t>: préstamo participativo</w:t>
      </w:r>
    </w:p>
    <w:p w14:paraId="7F33640F" w14:textId="77777777" w:rsidR="009816DF" w:rsidRDefault="00CB7CD9" w:rsidP="009816DF">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Justificación del producto financiero solicit</w:t>
      </w:r>
      <w:r w:rsidR="00651334" w:rsidRPr="0052230C">
        <w:rPr>
          <w:rFonts w:ascii="Arial" w:hAnsi="Arial" w:cs="Arial"/>
          <w:b/>
          <w:bCs/>
          <w:sz w:val="22"/>
          <w:lang w:val="es-ES" w:eastAsia="es-ES"/>
        </w:rPr>
        <w:t>ado</w:t>
      </w:r>
      <w:r w:rsidR="00E109BE">
        <w:rPr>
          <w:rFonts w:ascii="Arial" w:hAnsi="Arial" w:cs="Arial"/>
          <w:b/>
          <w:bCs/>
          <w:sz w:val="22"/>
          <w:lang w:val="es-ES" w:eastAsia="es-ES"/>
        </w:rPr>
        <w:t xml:space="preserve"> </w:t>
      </w:r>
      <w:r w:rsidR="00651334" w:rsidRPr="0052230C">
        <w:rPr>
          <w:rFonts w:ascii="Arial" w:hAnsi="Arial" w:cs="Arial"/>
          <w:sz w:val="22"/>
          <w:lang w:val="es-ES" w:eastAsia="es-ES"/>
        </w:rPr>
        <w:t>[●]</w:t>
      </w:r>
    </w:p>
    <w:p w14:paraId="09C95CB2" w14:textId="07631543" w:rsidR="00992801" w:rsidRPr="009816DF" w:rsidRDefault="00992801" w:rsidP="009816DF">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Importe de financiación solicitado:</w:t>
      </w:r>
      <w:r w:rsidRPr="00E109BE">
        <w:rPr>
          <w:rFonts w:ascii="Arial" w:hAnsi="Arial" w:cs="Arial"/>
          <w:b/>
          <w:bCs/>
          <w:sz w:val="22"/>
          <w:lang w:val="es-ES" w:eastAsia="es-ES"/>
        </w:rPr>
        <w:t xml:space="preserve"> [●] euros</w:t>
      </w:r>
      <w:r w:rsidRPr="00E109BE">
        <w:rPr>
          <w:rFonts w:ascii="Arial" w:hAnsi="Arial" w:cs="Arial"/>
          <w:b/>
          <w:bCs/>
          <w:sz w:val="22"/>
          <w:lang w:val="es-ES" w:eastAsia="es-ES"/>
        </w:rPr>
        <w:br/>
      </w:r>
      <w:r w:rsidRPr="0052230C">
        <w:rPr>
          <w:rFonts w:ascii="Arial" w:hAnsi="Arial" w:cs="Arial"/>
          <w:b/>
          <w:bCs/>
          <w:sz w:val="22"/>
          <w:lang w:val="es-ES" w:eastAsia="es-ES"/>
        </w:rPr>
        <w:t>Porcentaje aproximado sobre la inversión prevista:</w:t>
      </w:r>
      <w:r w:rsidRPr="00E109BE">
        <w:rPr>
          <w:rFonts w:ascii="Arial" w:hAnsi="Arial" w:cs="Arial"/>
          <w:b/>
          <w:bCs/>
          <w:sz w:val="22"/>
          <w:lang w:val="es-ES" w:eastAsia="es-ES"/>
        </w:rPr>
        <w:t xml:space="preserve"> [●] %</w:t>
      </w:r>
      <w:r w:rsidRPr="00E109BE">
        <w:rPr>
          <w:rFonts w:ascii="Arial" w:hAnsi="Arial" w:cs="Arial"/>
          <w:b/>
          <w:bCs/>
          <w:sz w:val="22"/>
          <w:lang w:val="es-ES" w:eastAsia="es-ES"/>
        </w:rPr>
        <w:br/>
      </w:r>
      <w:r w:rsidRPr="0052230C">
        <w:rPr>
          <w:rFonts w:ascii="Arial" w:hAnsi="Arial" w:cs="Arial"/>
          <w:b/>
          <w:bCs/>
          <w:sz w:val="22"/>
          <w:lang w:val="es-ES" w:eastAsia="es-ES"/>
        </w:rPr>
        <w:lastRenderedPageBreak/>
        <w:t>Plazo solicitado:</w:t>
      </w:r>
      <w:r w:rsidRPr="00E109BE">
        <w:rPr>
          <w:rFonts w:ascii="Arial" w:hAnsi="Arial" w:cs="Arial"/>
          <w:b/>
          <w:bCs/>
          <w:sz w:val="22"/>
          <w:lang w:val="es-ES" w:eastAsia="es-ES"/>
        </w:rPr>
        <w:t xml:space="preserve"> [●] años</w:t>
      </w:r>
      <w:r w:rsidRPr="00E109BE">
        <w:rPr>
          <w:rFonts w:ascii="Arial" w:hAnsi="Arial" w:cs="Arial"/>
          <w:b/>
          <w:bCs/>
          <w:sz w:val="22"/>
          <w:lang w:val="es-ES" w:eastAsia="es-ES"/>
        </w:rPr>
        <w:br/>
      </w:r>
      <w:r w:rsidRPr="0052230C">
        <w:rPr>
          <w:rFonts w:ascii="Arial" w:hAnsi="Arial" w:cs="Arial"/>
          <w:b/>
          <w:bCs/>
          <w:sz w:val="22"/>
          <w:lang w:val="es-ES" w:eastAsia="es-ES"/>
        </w:rPr>
        <w:t>Carencia solicitada:</w:t>
      </w:r>
      <w:r w:rsidRPr="00E109BE">
        <w:rPr>
          <w:rFonts w:ascii="Arial" w:hAnsi="Arial" w:cs="Arial"/>
          <w:b/>
          <w:bCs/>
          <w:sz w:val="22"/>
          <w:lang w:val="es-ES" w:eastAsia="es-ES"/>
        </w:rPr>
        <w:t xml:space="preserve"> [●] meses/años</w:t>
      </w:r>
      <w:r w:rsidRPr="00E109BE">
        <w:rPr>
          <w:rFonts w:ascii="Arial" w:hAnsi="Arial" w:cs="Arial"/>
          <w:b/>
          <w:bCs/>
          <w:sz w:val="22"/>
          <w:lang w:val="es-ES" w:eastAsia="es-ES"/>
        </w:rPr>
        <w:br/>
      </w:r>
      <w:r w:rsidRPr="0052230C">
        <w:rPr>
          <w:rFonts w:ascii="Arial" w:hAnsi="Arial" w:cs="Arial"/>
          <w:b/>
          <w:bCs/>
          <w:sz w:val="22"/>
          <w:lang w:val="es-ES" w:eastAsia="es-ES"/>
        </w:rPr>
        <w:t>Observaciones sobre la estructura financiera solicitada:</w:t>
      </w:r>
      <w:r w:rsidRPr="0052230C">
        <w:rPr>
          <w:rFonts w:ascii="Arial" w:hAnsi="Arial" w:cs="Arial"/>
          <w:sz w:val="22"/>
          <w:lang w:val="es-ES" w:eastAsia="es-ES"/>
        </w:rPr>
        <w:t xml:space="preserve"> [●]</w:t>
      </w:r>
    </w:p>
    <w:p w14:paraId="0CF5DB94" w14:textId="77777777"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5. Descripción de la inversión</w:t>
      </w:r>
    </w:p>
    <w:p w14:paraId="4EF5781C"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Título o denominación del proyecto de inversión:</w:t>
      </w:r>
      <w:r w:rsidRPr="0052230C">
        <w:rPr>
          <w:rFonts w:ascii="Arial" w:hAnsi="Arial" w:cs="Arial"/>
          <w:sz w:val="22"/>
          <w:lang w:val="es-ES" w:eastAsia="es-ES"/>
        </w:rPr>
        <w:t xml:space="preserve"> [●]</w:t>
      </w:r>
    </w:p>
    <w:p w14:paraId="3A0D9E9E" w14:textId="41CE4004" w:rsidR="00992801" w:rsidRPr="0052230C" w:rsidRDefault="00992801" w:rsidP="00E109BE">
      <w:pPr>
        <w:spacing w:before="100" w:beforeAutospacing="1" w:after="100"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Descripción resumida de la inversión:</w:t>
      </w:r>
      <w:r w:rsidR="00E109BE">
        <w:rPr>
          <w:rFonts w:ascii="Arial" w:hAnsi="Arial" w:cs="Arial"/>
          <w:b/>
          <w:bCs/>
          <w:sz w:val="22"/>
          <w:lang w:val="es-ES" w:eastAsia="es-ES"/>
        </w:rPr>
        <w:t xml:space="preserve"> </w:t>
      </w:r>
      <w:r w:rsidRPr="0052230C">
        <w:rPr>
          <w:rFonts w:ascii="Arial" w:hAnsi="Arial" w:cs="Arial"/>
          <w:sz w:val="22"/>
          <w:lang w:val="es-ES" w:eastAsia="es-ES"/>
        </w:rPr>
        <w:t>[●]</w:t>
      </w:r>
    </w:p>
    <w:p w14:paraId="378AE213" w14:textId="1F3FCA48"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Localización de la inversión:</w:t>
      </w:r>
      <w:r w:rsidR="00E109BE">
        <w:rPr>
          <w:rFonts w:ascii="Arial" w:hAnsi="Arial" w:cs="Arial"/>
          <w:b/>
          <w:bCs/>
          <w:sz w:val="22"/>
          <w:lang w:val="es-ES" w:eastAsia="es-ES"/>
        </w:rPr>
        <w:t xml:space="preserve"> </w:t>
      </w:r>
      <w:r w:rsidRPr="0052230C">
        <w:rPr>
          <w:rFonts w:ascii="Arial" w:hAnsi="Arial" w:cs="Arial"/>
          <w:sz w:val="22"/>
          <w:lang w:val="es-ES" w:eastAsia="es-ES"/>
        </w:rPr>
        <w:t>[●]</w:t>
      </w:r>
    </w:p>
    <w:p w14:paraId="79AFB82F" w14:textId="6D3FEBEB" w:rsidR="009117F0" w:rsidRPr="0052230C" w:rsidRDefault="00992801" w:rsidP="006B608A">
      <w:pPr>
        <w:spacing w:before="100" w:beforeAutospacing="1" w:afterAutospacing="1" w:line="240" w:lineRule="auto"/>
        <w:rPr>
          <w:rFonts w:ascii="Arial" w:hAnsi="Arial" w:cs="Arial"/>
          <w:b/>
          <w:bCs/>
          <w:sz w:val="22"/>
          <w:lang w:val="es-ES" w:eastAsia="es-ES"/>
        </w:rPr>
      </w:pPr>
      <w:r w:rsidRPr="0052230C">
        <w:rPr>
          <w:rFonts w:ascii="Arial" w:hAnsi="Arial" w:cs="Arial"/>
          <w:b/>
          <w:bCs/>
          <w:sz w:val="22"/>
          <w:lang w:val="es-ES" w:eastAsia="es-ES"/>
        </w:rPr>
        <w:t>Fecha prevista de inicio:</w:t>
      </w:r>
      <w:r w:rsidRPr="0052230C">
        <w:rPr>
          <w:rFonts w:ascii="Arial" w:hAnsi="Arial" w:cs="Arial"/>
          <w:sz w:val="22"/>
          <w:lang w:val="es-ES" w:eastAsia="es-ES"/>
        </w:rPr>
        <w:t xml:space="preserve"> [●]</w:t>
      </w:r>
    </w:p>
    <w:p w14:paraId="660FC219" w14:textId="14C23674"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Fecha prevista de finalización:</w:t>
      </w:r>
      <w:r w:rsidRPr="0052230C">
        <w:rPr>
          <w:rFonts w:ascii="Arial" w:hAnsi="Arial" w:cs="Arial"/>
          <w:sz w:val="22"/>
          <w:lang w:val="es-ES" w:eastAsia="es-ES"/>
        </w:rPr>
        <w:t xml:space="preserve"> [●]</w:t>
      </w:r>
    </w:p>
    <w:p w14:paraId="05963910" w14:textId="39794E22"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Coste total estimado de la inversión:</w:t>
      </w:r>
      <w:r w:rsidRPr="0052230C">
        <w:rPr>
          <w:rFonts w:ascii="Arial" w:hAnsi="Arial" w:cs="Arial"/>
          <w:sz w:val="22"/>
          <w:lang w:val="es-ES" w:eastAsia="es-ES"/>
        </w:rPr>
        <w:t xml:space="preserve"> [●] euros</w:t>
      </w:r>
    </w:p>
    <w:p w14:paraId="2511FB1B" w14:textId="6B5C4DAA" w:rsidR="002265E3" w:rsidRPr="002265E3" w:rsidRDefault="00992801" w:rsidP="002265E3">
      <w:pPr>
        <w:spacing w:before="100" w:beforeAutospacing="1" w:afterAutospacing="1" w:line="240" w:lineRule="auto"/>
        <w:jc w:val="both"/>
        <w:rPr>
          <w:rFonts w:ascii="Arial" w:hAnsi="Arial" w:cs="Arial"/>
          <w:b/>
          <w:bCs/>
          <w:sz w:val="22"/>
          <w:lang w:val="es-ES" w:eastAsia="es-ES"/>
        </w:rPr>
      </w:pPr>
      <w:r w:rsidRPr="0052230C">
        <w:rPr>
          <w:rFonts w:ascii="Arial" w:hAnsi="Arial" w:cs="Arial"/>
          <w:b/>
          <w:bCs/>
          <w:sz w:val="22"/>
          <w:lang w:val="es-ES" w:eastAsia="es-ES"/>
        </w:rPr>
        <w:t>Principales conceptos de inversión</w:t>
      </w:r>
      <w:r w:rsidR="006B608A" w:rsidRPr="0052230C">
        <w:rPr>
          <w:rFonts w:ascii="Arial" w:hAnsi="Arial" w:cs="Arial"/>
          <w:b/>
          <w:bCs/>
          <w:sz w:val="22"/>
          <w:lang w:val="es-ES" w:eastAsia="es-ES"/>
        </w:rPr>
        <w:t xml:space="preserve"> </w:t>
      </w:r>
      <w:r w:rsidR="006B608A" w:rsidRPr="00E109BE">
        <w:rPr>
          <w:rFonts w:ascii="Arial" w:hAnsi="Arial" w:cs="Arial"/>
          <w:b/>
          <w:bCs/>
          <w:sz w:val="22"/>
          <w:lang w:val="es-ES" w:eastAsia="es-ES"/>
        </w:rPr>
        <w:t>e importes</w:t>
      </w:r>
      <w:r w:rsidR="00AB711B" w:rsidRPr="00E109BE">
        <w:rPr>
          <w:rFonts w:ascii="Arial" w:hAnsi="Arial" w:cs="Arial"/>
          <w:b/>
          <w:bCs/>
          <w:sz w:val="22"/>
          <w:lang w:val="es-ES" w:eastAsia="es-ES"/>
        </w:rPr>
        <w:t xml:space="preserve"> </w:t>
      </w:r>
      <w:r w:rsidR="002265E3" w:rsidRPr="00E109BE">
        <w:rPr>
          <w:rFonts w:ascii="Arial" w:hAnsi="Arial" w:cs="Arial"/>
          <w:b/>
          <w:bCs/>
          <w:sz w:val="22"/>
          <w:lang w:val="es-ES" w:eastAsia="es-ES"/>
        </w:rPr>
        <w:t>(en Excel adjunta a la Solicitud)</w:t>
      </w:r>
    </w:p>
    <w:p w14:paraId="5778B01D" w14:textId="55BF60AE" w:rsidR="00992801" w:rsidRPr="0052230C" w:rsidRDefault="00B43E17"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6</w:t>
      </w:r>
      <w:r w:rsidR="00992801" w:rsidRPr="0052230C">
        <w:rPr>
          <w:rFonts w:ascii="Arial" w:eastAsia="Calibri" w:hAnsi="Arial" w:cs="Arial"/>
          <w:sz w:val="22"/>
          <w:szCs w:val="22"/>
          <w:lang w:val="es-ES" w:eastAsia="es-ES"/>
        </w:rPr>
        <w:t>. Encaje del proyecto</w:t>
      </w:r>
    </w:p>
    <w:p w14:paraId="4C091C88" w14:textId="0EDDD60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sz w:val="22"/>
          <w:lang w:val="es-ES" w:eastAsia="es-ES"/>
        </w:rPr>
        <w:t>Describir brevemente cómo la inversión contribuye a la finalidad del instrumento financiero</w:t>
      </w:r>
      <w:r w:rsidR="0056226A">
        <w:rPr>
          <w:rFonts w:ascii="Arial" w:hAnsi="Arial" w:cs="Arial"/>
          <w:sz w:val="22"/>
          <w:lang w:val="es-ES" w:eastAsia="es-ES"/>
        </w:rPr>
        <w:t xml:space="preserve"> Alantre</w:t>
      </w:r>
      <w:r w:rsidRPr="0052230C">
        <w:rPr>
          <w:rFonts w:ascii="Arial" w:hAnsi="Arial" w:cs="Arial"/>
          <w:sz w:val="22"/>
          <w:lang w:val="es-ES" w:eastAsia="es-ES"/>
        </w:rPr>
        <w:t>:</w:t>
      </w:r>
    </w:p>
    <w:p w14:paraId="338D26C7" w14:textId="56530E96"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Diversificación económica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Modernización productiva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Reconversión de actividad</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Consolidación empresarial</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Incremento de capacidad productiva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Mantenimiento o creación de empleo, cuando proceda</w:t>
      </w:r>
    </w:p>
    <w:p w14:paraId="60DA37A1" w14:textId="2974674B" w:rsidR="004C177A" w:rsidRPr="0052230C" w:rsidRDefault="00B43E17"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7</w:t>
      </w:r>
      <w:r w:rsidR="004C177A" w:rsidRPr="0052230C">
        <w:rPr>
          <w:rFonts w:ascii="Arial" w:eastAsia="Calibri" w:hAnsi="Arial" w:cs="Arial"/>
          <w:sz w:val="22"/>
          <w:szCs w:val="22"/>
          <w:lang w:val="es-ES" w:eastAsia="es-ES"/>
        </w:rPr>
        <w:t>. Creación de empleo</w:t>
      </w:r>
      <w:r w:rsidR="0056226A">
        <w:rPr>
          <w:rStyle w:val="Refdenotaalpie"/>
          <w:rFonts w:ascii="Arial" w:eastAsia="Calibri" w:hAnsi="Arial" w:cs="Arial"/>
          <w:sz w:val="22"/>
          <w:szCs w:val="22"/>
          <w:lang w:val="es-ES" w:eastAsia="es-ES"/>
        </w:rPr>
        <w:footnoteReference w:id="1"/>
      </w:r>
      <w:r w:rsidR="004C177A" w:rsidRPr="0052230C">
        <w:rPr>
          <w:rFonts w:ascii="Arial" w:eastAsia="Calibri" w:hAnsi="Arial" w:cs="Arial"/>
          <w:sz w:val="22"/>
          <w:szCs w:val="22"/>
          <w:lang w:val="es-ES" w:eastAsia="es-ES"/>
        </w:rPr>
        <w:t xml:space="preserve">: </w:t>
      </w:r>
    </w:p>
    <w:p w14:paraId="5DB1EF9C" w14:textId="4B3A8F35" w:rsidR="004C177A" w:rsidRPr="0052230C" w:rsidRDefault="004C177A" w:rsidP="00EE2DE1">
      <w:pPr>
        <w:numPr>
          <w:ilvl w:val="0"/>
          <w:numId w:val="9"/>
        </w:numPr>
        <w:spacing w:before="100" w:beforeAutospacing="1" w:afterAutospacing="1" w:line="240" w:lineRule="auto"/>
        <w:jc w:val="both"/>
        <w:outlineLvl w:val="1"/>
        <w:rPr>
          <w:rFonts w:ascii="Arial" w:eastAsia="Times New Roman" w:hAnsi="Arial" w:cs="Arial"/>
          <w:sz w:val="22"/>
          <w:lang w:val="es-ES" w:eastAsia="es-ES"/>
        </w:rPr>
      </w:pPr>
      <w:r w:rsidRPr="0052230C">
        <w:rPr>
          <w:rFonts w:ascii="Arial" w:hAnsi="Arial" w:cs="Arial"/>
          <w:sz w:val="22"/>
          <w:lang w:val="es-ES" w:eastAsia="es-ES"/>
        </w:rPr>
        <w:t>Número de empleados</w:t>
      </w:r>
    </w:p>
    <w:p w14:paraId="3857BD6F" w14:textId="15B1EEF0" w:rsidR="004C177A" w:rsidRPr="0052230C" w:rsidRDefault="004C177A" w:rsidP="00EE2DE1">
      <w:pPr>
        <w:numPr>
          <w:ilvl w:val="0"/>
          <w:numId w:val="9"/>
        </w:numPr>
        <w:spacing w:before="100" w:beforeAutospacing="1" w:afterAutospacing="1" w:line="240" w:lineRule="auto"/>
        <w:jc w:val="both"/>
        <w:outlineLvl w:val="1"/>
        <w:rPr>
          <w:rFonts w:ascii="Arial" w:eastAsia="Times New Roman" w:hAnsi="Arial" w:cs="Arial"/>
          <w:sz w:val="22"/>
          <w:lang w:val="es-ES" w:eastAsia="es-ES"/>
        </w:rPr>
      </w:pPr>
      <w:r w:rsidRPr="0052230C">
        <w:rPr>
          <w:rFonts w:ascii="Arial" w:hAnsi="Arial" w:cs="Arial"/>
          <w:sz w:val="22"/>
          <w:lang w:val="es-ES" w:eastAsia="es-ES"/>
        </w:rPr>
        <w:t xml:space="preserve">Número de empleados que se prevé crear o mantener como consecuencia de la inversión.  </w:t>
      </w:r>
    </w:p>
    <w:p w14:paraId="491577A9" w14:textId="7136AF78" w:rsidR="00992801" w:rsidRPr="0052230C" w:rsidRDefault="00B43E17"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8</w:t>
      </w:r>
      <w:r w:rsidR="00992801" w:rsidRPr="0052230C">
        <w:rPr>
          <w:rFonts w:ascii="Arial" w:eastAsia="Calibri" w:hAnsi="Arial" w:cs="Arial"/>
          <w:sz w:val="22"/>
          <w:szCs w:val="22"/>
          <w:lang w:val="es-ES" w:eastAsia="es-ES"/>
        </w:rPr>
        <w:t xml:space="preserve">. </w:t>
      </w:r>
      <w:r w:rsidR="008002D0" w:rsidRPr="0052230C">
        <w:rPr>
          <w:rFonts w:ascii="Arial" w:eastAsia="Calibri" w:hAnsi="Arial" w:cs="Arial"/>
          <w:sz w:val="22"/>
          <w:szCs w:val="22"/>
          <w:lang w:val="es-ES" w:eastAsia="es-ES"/>
        </w:rPr>
        <w:t>Otras fuentes de financiación de</w:t>
      </w:r>
      <w:r w:rsidR="00992801" w:rsidRPr="0052230C">
        <w:rPr>
          <w:rFonts w:ascii="Arial" w:eastAsia="Calibri" w:hAnsi="Arial" w:cs="Arial"/>
          <w:sz w:val="22"/>
          <w:szCs w:val="22"/>
          <w:lang w:val="es-ES" w:eastAsia="es-ES"/>
        </w:rPr>
        <w:t xml:space="preserve"> la inversión</w:t>
      </w:r>
      <w:r w:rsidR="008C20C6" w:rsidRPr="0052230C">
        <w:rPr>
          <w:rFonts w:ascii="Arial" w:eastAsia="Calibri" w:hAnsi="Arial" w:cs="Arial"/>
          <w:sz w:val="22"/>
          <w:szCs w:val="22"/>
          <w:lang w:val="es-ES" w:eastAsia="es-ES"/>
        </w:rPr>
        <w:t xml:space="preserve"> (más allá de la financiación solicitada a la SRP)</w:t>
      </w:r>
    </w:p>
    <w:p w14:paraId="684DD0EF" w14:textId="740E9DDB" w:rsidR="008C20C6" w:rsidRPr="0052230C" w:rsidRDefault="00992801" w:rsidP="008C20C6">
      <w:pPr>
        <w:spacing w:before="100" w:beforeAutospacing="1" w:afterAutospacing="1" w:line="240" w:lineRule="auto"/>
        <w:rPr>
          <w:rFonts w:ascii="Arial" w:hAnsi="Arial" w:cs="Arial"/>
          <w:sz w:val="22"/>
          <w:lang w:val="es-ES" w:eastAsia="es-ES"/>
        </w:rPr>
      </w:pPr>
      <w:r w:rsidRPr="0052230C">
        <w:rPr>
          <w:rFonts w:ascii="Arial" w:hAnsi="Arial" w:cs="Arial"/>
          <w:b/>
          <w:bCs/>
          <w:sz w:val="22"/>
          <w:lang w:val="es-ES" w:eastAsia="es-ES"/>
        </w:rPr>
        <w:t>Fondos propios previstos:</w:t>
      </w:r>
      <w:r w:rsidRPr="0052230C">
        <w:rPr>
          <w:rFonts w:ascii="Arial" w:hAnsi="Arial" w:cs="Arial"/>
          <w:sz w:val="22"/>
          <w:lang w:val="es-ES" w:eastAsia="es-ES"/>
        </w:rPr>
        <w:t xml:space="preserve"> [●] euros</w:t>
      </w:r>
      <w:r w:rsidRPr="0052230C">
        <w:rPr>
          <w:rFonts w:ascii="Arial" w:hAnsi="Arial" w:cs="Arial"/>
          <w:sz w:val="22"/>
          <w:lang w:val="es-ES" w:eastAsia="es-ES"/>
        </w:rPr>
        <w:br/>
      </w:r>
      <w:r w:rsidRPr="0052230C">
        <w:rPr>
          <w:rFonts w:ascii="Arial" w:hAnsi="Arial" w:cs="Arial"/>
          <w:b/>
          <w:bCs/>
          <w:sz w:val="22"/>
          <w:lang w:val="es-ES" w:eastAsia="es-ES"/>
        </w:rPr>
        <w:t>Financiación bancaria u otra financiación privada:</w:t>
      </w:r>
      <w:r w:rsidRPr="0052230C">
        <w:rPr>
          <w:rFonts w:ascii="Arial" w:hAnsi="Arial" w:cs="Arial"/>
          <w:sz w:val="22"/>
          <w:lang w:val="es-ES" w:eastAsia="es-ES"/>
        </w:rPr>
        <w:t xml:space="preserve"> [●] euros</w:t>
      </w:r>
      <w:r w:rsidRPr="0052230C">
        <w:rPr>
          <w:rFonts w:ascii="Arial" w:hAnsi="Arial" w:cs="Arial"/>
          <w:sz w:val="22"/>
          <w:lang w:val="es-ES" w:eastAsia="es-ES"/>
        </w:rPr>
        <w:br/>
      </w:r>
      <w:r w:rsidRPr="0052230C">
        <w:rPr>
          <w:rFonts w:ascii="Arial" w:hAnsi="Arial" w:cs="Arial"/>
          <w:b/>
          <w:bCs/>
          <w:sz w:val="22"/>
          <w:lang w:val="es-ES" w:eastAsia="es-ES"/>
        </w:rPr>
        <w:t>Otras ayudas públicas solicitadas o concedidas:</w:t>
      </w:r>
      <w:r w:rsidRPr="0052230C">
        <w:rPr>
          <w:rFonts w:ascii="Arial" w:hAnsi="Arial" w:cs="Arial"/>
          <w:sz w:val="22"/>
          <w:lang w:val="es-ES" w:eastAsia="es-ES"/>
        </w:rPr>
        <w:t xml:space="preserve"> [●] euros</w:t>
      </w:r>
      <w:r w:rsidR="008E3272" w:rsidRPr="0052230C">
        <w:rPr>
          <w:rFonts w:ascii="Arial" w:hAnsi="Arial" w:cs="Arial"/>
          <w:sz w:val="22"/>
          <w:lang w:val="es-ES" w:eastAsia="es-ES"/>
        </w:rPr>
        <w:t xml:space="preserve"> (indicar detalle del Programa, importe concedido o previsto y fecha de concesión)</w:t>
      </w:r>
    </w:p>
    <w:p w14:paraId="2526E52E" w14:textId="08D82D48" w:rsidR="00992801" w:rsidRPr="0052230C" w:rsidRDefault="004C1B6A" w:rsidP="008C20C6">
      <w:pPr>
        <w:spacing w:before="100" w:beforeAutospacing="1" w:afterAutospacing="1" w:line="240" w:lineRule="auto"/>
        <w:rPr>
          <w:rFonts w:ascii="Arial" w:eastAsia="Times New Roman" w:hAnsi="Arial" w:cs="Arial"/>
          <w:sz w:val="22"/>
          <w:lang w:val="es-ES" w:eastAsia="es-ES"/>
        </w:rPr>
      </w:pPr>
      <w:r w:rsidRPr="0056226A">
        <w:rPr>
          <w:rFonts w:ascii="Segoe UI Symbol" w:hAnsi="Segoe UI Symbol" w:cs="Segoe UI Symbol"/>
          <w:sz w:val="22"/>
          <w:lang w:val="es-ES" w:eastAsia="es-ES"/>
        </w:rPr>
        <w:t>☐</w:t>
      </w:r>
      <w:r w:rsidRPr="0056226A">
        <w:rPr>
          <w:rFonts w:ascii="Arial" w:hAnsi="Arial" w:cs="Arial"/>
          <w:sz w:val="22"/>
          <w:lang w:val="es-ES" w:eastAsia="es-ES"/>
        </w:rPr>
        <w:t xml:space="preserve"> </w:t>
      </w:r>
      <w:r w:rsidR="00992801" w:rsidRPr="0056226A">
        <w:rPr>
          <w:rFonts w:ascii="Arial" w:hAnsi="Arial" w:cs="Arial"/>
          <w:sz w:val="22"/>
          <w:lang w:val="es-ES" w:eastAsia="es-ES"/>
        </w:rPr>
        <w:t>El solicitante declara que la inversión no obtiene financiación suficiente de fuentes de mercado en condiciones adecuadas para su ejecución en los términos previstos.</w:t>
      </w:r>
    </w:p>
    <w:p w14:paraId="1C677F63" w14:textId="42AB6368" w:rsidR="007141F7" w:rsidRPr="0052230C" w:rsidRDefault="007141F7" w:rsidP="007141F7">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lastRenderedPageBreak/>
        <w:t>9. Declaraciones responsables del solicitante</w:t>
      </w:r>
    </w:p>
    <w:p w14:paraId="1984EF48" w14:textId="3E3127EB" w:rsidR="00992801" w:rsidRPr="0052230C" w:rsidRDefault="00992801" w:rsidP="006407FC">
      <w:pPr>
        <w:spacing w:before="100" w:beforeAutospacing="1" w:afterAutospacing="1" w:line="240" w:lineRule="auto"/>
        <w:jc w:val="both"/>
        <w:rPr>
          <w:rFonts w:ascii="Arial" w:eastAsia="Times New Roman" w:hAnsi="Arial" w:cs="Arial"/>
          <w:sz w:val="22"/>
          <w:lang w:val="es-ES" w:eastAsia="es-ES"/>
        </w:rPr>
      </w:pPr>
      <w:r w:rsidRPr="0052230C">
        <w:rPr>
          <w:rFonts w:ascii="Arial" w:hAnsi="Arial" w:cs="Arial"/>
          <w:sz w:val="22"/>
          <w:lang w:val="es-ES" w:eastAsia="es-ES"/>
        </w:rPr>
        <w:t>El solicitante declara responsablemente que:</w:t>
      </w:r>
    </w:p>
    <w:p w14:paraId="73EE7871" w14:textId="77777777" w:rsidR="00830430" w:rsidRPr="0052230C" w:rsidRDefault="00992801" w:rsidP="00015004">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La información incluida en esta solicitud es veraz y completa.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La inversión se localizará en el Principado de Asturias.</w:t>
      </w:r>
    </w:p>
    <w:p w14:paraId="1247DB1C" w14:textId="6539DE2E" w:rsidR="0056411D" w:rsidRPr="0052230C" w:rsidRDefault="0056411D" w:rsidP="00015004">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La inversión no se produce en una instalación ETS (exigible para grandes empresa</w:t>
      </w:r>
      <w:r w:rsidR="009117F0" w:rsidRPr="0052230C">
        <w:rPr>
          <w:rFonts w:ascii="Arial" w:hAnsi="Arial" w:cs="Arial"/>
          <w:sz w:val="22"/>
          <w:lang w:val="es-ES" w:eastAsia="es-ES"/>
        </w:rPr>
        <w:t>s</w:t>
      </w:r>
      <w:r w:rsidRPr="0052230C">
        <w:rPr>
          <w:rFonts w:ascii="Arial" w:hAnsi="Arial" w:cs="Arial"/>
          <w:sz w:val="22"/>
          <w:lang w:val="es-ES" w:eastAsia="es-ES"/>
        </w:rPr>
        <w:t>)</w:t>
      </w:r>
    </w:p>
    <w:p w14:paraId="799CAE11" w14:textId="5382972E" w:rsidR="00945E68" w:rsidRPr="0052230C" w:rsidRDefault="00945E68" w:rsidP="00015004">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No se ha producido ni se producirá reubicación no permitida en relación con la inversión financiada.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No existe doble financiación de los mismos costes.</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F127FF" w:rsidRPr="0052230C">
        <w:rPr>
          <w:rFonts w:ascii="Arial" w:hAnsi="Arial" w:cs="Arial"/>
          <w:sz w:val="22"/>
          <w:lang w:val="es-ES" w:eastAsia="es-ES"/>
        </w:rPr>
        <w:t>N</w:t>
      </w:r>
      <w:r w:rsidRPr="0052230C">
        <w:rPr>
          <w:rFonts w:ascii="Arial" w:hAnsi="Arial" w:cs="Arial"/>
          <w:sz w:val="22"/>
          <w:lang w:val="es-ES" w:eastAsia="es-ES"/>
        </w:rPr>
        <w:t>o está sujeto a una orden de recuperación pendiente tras una Decisión de la Comisión Europea que haya declarado una ayuda ilegal e incompatible, cuando resulte aplicable</w:t>
      </w:r>
      <w:r w:rsidR="00015004" w:rsidRPr="0052230C">
        <w:rPr>
          <w:rFonts w:ascii="Arial" w:hAnsi="Arial" w:cs="Arial"/>
          <w:sz w:val="22"/>
          <w:lang w:val="es-ES" w:eastAsia="es-ES"/>
        </w:rPr>
        <w:t xml:space="preserve"> (exigible si aplica art.14 RGEC)</w:t>
      </w:r>
      <w:r w:rsidR="00015004"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015004" w:rsidRPr="0052230C">
        <w:rPr>
          <w:rFonts w:ascii="Arial" w:hAnsi="Arial" w:cs="Arial"/>
          <w:sz w:val="22"/>
          <w:lang w:val="es-ES" w:eastAsia="es-ES"/>
        </w:rPr>
        <w:t>No</w:t>
      </w:r>
      <w:r w:rsidRPr="0052230C">
        <w:rPr>
          <w:rFonts w:ascii="Arial" w:hAnsi="Arial" w:cs="Arial"/>
          <w:sz w:val="22"/>
          <w:lang w:val="es-ES" w:eastAsia="es-ES"/>
        </w:rPr>
        <w:t xml:space="preserve"> tiene la consideración de empresa en crisis.</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E319D4" w:rsidRPr="0052230C">
        <w:rPr>
          <w:rFonts w:ascii="Arial" w:hAnsi="Arial" w:cs="Arial"/>
          <w:sz w:val="22"/>
          <w:lang w:val="es-ES" w:eastAsia="es-ES"/>
        </w:rPr>
        <w:t>Se</w:t>
      </w:r>
      <w:r w:rsidRPr="0052230C">
        <w:rPr>
          <w:rFonts w:ascii="Arial" w:hAnsi="Arial" w:cs="Arial"/>
          <w:sz w:val="22"/>
          <w:lang w:val="es-ES" w:eastAsia="es-ES"/>
        </w:rPr>
        <w:t xml:space="preserve"> compromete a comunicar otras ayudas solicitadas, concedidas o recibidas para los mismos costes o proyecto.</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E319D4" w:rsidRPr="0052230C">
        <w:rPr>
          <w:rFonts w:ascii="Arial" w:hAnsi="Arial" w:cs="Arial"/>
          <w:sz w:val="22"/>
          <w:lang w:val="es-ES" w:eastAsia="es-ES"/>
        </w:rPr>
        <w:t>Se</w:t>
      </w:r>
      <w:r w:rsidRPr="0052230C">
        <w:rPr>
          <w:rFonts w:ascii="Arial" w:hAnsi="Arial" w:cs="Arial"/>
          <w:sz w:val="22"/>
          <w:lang w:val="es-ES" w:eastAsia="es-ES"/>
        </w:rPr>
        <w:t xml:space="preserve"> compromete a facilitar cualquier información necesaria para el análisis de elegibilidad, viabilidad, riesgo, ayudas de Estado, seguimiento, control y auditoría, cuando le sea solicitada por el órgano convocante.</w:t>
      </w:r>
    </w:p>
    <w:p w14:paraId="24700C82" w14:textId="77777777" w:rsidR="00945E68" w:rsidRPr="0052230C" w:rsidRDefault="00945E68" w:rsidP="006B608A">
      <w:pPr>
        <w:spacing w:before="100" w:beforeAutospacing="1" w:afterAutospacing="1" w:line="240" w:lineRule="auto"/>
        <w:rPr>
          <w:rFonts w:ascii="Arial" w:hAnsi="Arial" w:cs="Arial"/>
          <w:sz w:val="22"/>
          <w:lang w:val="es-ES" w:eastAsia="es-ES"/>
        </w:rPr>
      </w:pPr>
    </w:p>
    <w:p w14:paraId="7856E3A9" w14:textId="7F1E74C4" w:rsidR="009B08B0" w:rsidRPr="0052230C" w:rsidRDefault="009F24AF" w:rsidP="009B08B0">
      <w:pPr>
        <w:spacing w:before="100" w:beforeAutospacing="1" w:after="100" w:afterAutospacing="1" w:line="240" w:lineRule="auto"/>
        <w:contextualSpacing/>
        <w:rPr>
          <w:rFonts w:ascii="Arial" w:hAnsi="Arial" w:cs="Arial"/>
          <w:b/>
          <w:bCs/>
          <w:sz w:val="22"/>
          <w:lang w:val="es-ES" w:eastAsia="es-ES"/>
        </w:rPr>
      </w:pPr>
      <w:r w:rsidRPr="0052230C">
        <w:rPr>
          <w:rFonts w:ascii="Arial" w:hAnsi="Arial" w:cs="Arial"/>
          <w:b/>
          <w:bCs/>
          <w:sz w:val="22"/>
          <w:lang w:val="es-ES" w:eastAsia="es-ES"/>
        </w:rPr>
        <w:t>Declaraciones s</w:t>
      </w:r>
      <w:r w:rsidR="00830430" w:rsidRPr="0052230C">
        <w:rPr>
          <w:rFonts w:ascii="Arial" w:hAnsi="Arial" w:cs="Arial"/>
          <w:b/>
          <w:bCs/>
          <w:sz w:val="22"/>
          <w:lang w:val="es-ES" w:eastAsia="es-ES"/>
        </w:rPr>
        <w:t>obre el estado de ejecución de la inversión</w:t>
      </w:r>
    </w:p>
    <w:p w14:paraId="18EEE6A8" w14:textId="4B9D9B2D" w:rsidR="00DA7897" w:rsidRPr="0052230C" w:rsidRDefault="00992801" w:rsidP="009B08B0">
      <w:pPr>
        <w:spacing w:before="100" w:beforeAutospacing="1" w:after="100" w:afterAutospacing="1" w:line="240" w:lineRule="auto"/>
        <w:contextualSpacing/>
        <w:rPr>
          <w:rFonts w:ascii="Arial" w:hAnsi="Arial" w:cs="Arial"/>
          <w:sz w:val="22"/>
          <w:lang w:val="es-ES" w:eastAsia="es-ES"/>
        </w:rPr>
      </w:pPr>
      <w:r w:rsidRPr="0052230C">
        <w:rPr>
          <w:rFonts w:ascii="Arial" w:hAnsi="Arial" w:cs="Arial"/>
          <w:b/>
          <w:bCs/>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La inversión no está físicamente completada ni plenamente ejecutada en la fecha de esta solicitud.</w:t>
      </w:r>
    </w:p>
    <w:p w14:paraId="1B42568B" w14:textId="6743124B" w:rsidR="00871FCA" w:rsidRPr="0052230C" w:rsidRDefault="00992801" w:rsidP="009B08B0">
      <w:pPr>
        <w:spacing w:before="100" w:beforeAutospacing="1" w:after="100" w:afterAutospacing="1" w:line="240" w:lineRule="auto"/>
        <w:contextualSpacing/>
        <w:rPr>
          <w:rFonts w:ascii="Arial" w:hAnsi="Arial" w:cs="Arial"/>
          <w:sz w:val="22"/>
          <w:lang w:val="es-ES" w:eastAsia="es-ES"/>
        </w:rPr>
      </w:pPr>
      <w:r w:rsidRPr="0052230C">
        <w:rPr>
          <w:rFonts w:ascii="Arial" w:hAnsi="Arial" w:cs="Arial"/>
          <w:sz w:val="22"/>
          <w:lang w:val="es-ES" w:eastAsia="es-ES"/>
        </w:rPr>
        <w:br/>
      </w:r>
    </w:p>
    <w:p w14:paraId="0A72040A" w14:textId="1EEAD4C9" w:rsidR="00940D62" w:rsidRPr="0052230C" w:rsidRDefault="009F24AF" w:rsidP="006B608A">
      <w:pPr>
        <w:spacing w:before="100" w:beforeAutospacing="1" w:afterAutospacing="1" w:line="240" w:lineRule="auto"/>
        <w:rPr>
          <w:rFonts w:ascii="Arial" w:hAnsi="Arial" w:cs="Arial"/>
          <w:b/>
          <w:bCs/>
          <w:sz w:val="22"/>
          <w:lang w:val="es-ES" w:eastAsia="es-ES"/>
        </w:rPr>
      </w:pPr>
      <w:r w:rsidRPr="0052230C">
        <w:rPr>
          <w:rFonts w:ascii="Arial" w:hAnsi="Arial" w:cs="Arial"/>
          <w:b/>
          <w:bCs/>
          <w:sz w:val="22"/>
          <w:lang w:val="es-ES" w:eastAsia="es-ES"/>
        </w:rPr>
        <w:t>Declaraciones s</w:t>
      </w:r>
      <w:r w:rsidR="009B08B0" w:rsidRPr="0052230C">
        <w:rPr>
          <w:rFonts w:ascii="Arial" w:hAnsi="Arial" w:cs="Arial"/>
          <w:b/>
          <w:bCs/>
          <w:sz w:val="22"/>
          <w:lang w:val="es-ES" w:eastAsia="es-ES"/>
        </w:rPr>
        <w:t>obre</w:t>
      </w:r>
      <w:r w:rsidR="00E83B7C" w:rsidRPr="0052230C">
        <w:rPr>
          <w:rFonts w:ascii="Arial" w:hAnsi="Arial" w:cs="Arial"/>
          <w:b/>
          <w:bCs/>
          <w:sz w:val="22"/>
          <w:lang w:val="es-ES" w:eastAsia="es-ES"/>
        </w:rPr>
        <w:t xml:space="preserve"> los principios horizontales</w:t>
      </w:r>
    </w:p>
    <w:p w14:paraId="6425F7F1" w14:textId="6986D02F" w:rsidR="008A2849" w:rsidRPr="0052230C" w:rsidRDefault="008A2849" w:rsidP="008A2849">
      <w:pPr>
        <w:pStyle w:val="Prrafodelista"/>
        <w:spacing w:before="100" w:beforeAutospacing="1" w:afterAutospacing="1" w:line="276" w:lineRule="auto"/>
        <w:ind w:left="0"/>
        <w:jc w:val="both"/>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E83B7C" w:rsidRPr="0052230C">
        <w:rPr>
          <w:rFonts w:ascii="Arial" w:hAnsi="Arial" w:cs="Arial"/>
          <w:sz w:val="22"/>
          <w:lang w:val="es-ES" w:eastAsia="es-ES"/>
        </w:rPr>
        <w:t xml:space="preserve">El </w:t>
      </w:r>
      <w:r w:rsidR="004E2CDF" w:rsidRPr="0052230C">
        <w:rPr>
          <w:rFonts w:ascii="Arial" w:hAnsi="Arial" w:cs="Arial"/>
          <w:sz w:val="22"/>
          <w:lang w:val="es-ES" w:eastAsia="es-ES"/>
        </w:rPr>
        <w:t xml:space="preserve">solicitante declara responsablemente que la inversión no genera perjuicios significativos para el </w:t>
      </w:r>
      <w:r w:rsidR="003154DF" w:rsidRPr="0052230C">
        <w:rPr>
          <w:rFonts w:ascii="Arial" w:hAnsi="Arial" w:cs="Arial"/>
          <w:sz w:val="22"/>
          <w:lang w:val="es-ES" w:eastAsia="es-ES"/>
        </w:rPr>
        <w:t>medio ambiente y que aportará el certificado DNSH como condición previa al desembolso del préstamo</w:t>
      </w:r>
      <w:r w:rsidR="00E83B7C" w:rsidRPr="0052230C">
        <w:rPr>
          <w:rFonts w:ascii="Arial" w:hAnsi="Arial" w:cs="Arial"/>
          <w:sz w:val="22"/>
          <w:lang w:val="es-ES" w:eastAsia="es-ES"/>
        </w:rPr>
        <w:t>.</w:t>
      </w:r>
      <w:r w:rsidR="001835EE" w:rsidRPr="0052230C">
        <w:rPr>
          <w:rFonts w:ascii="Arial" w:hAnsi="Arial" w:cs="Arial"/>
          <w:sz w:val="22"/>
          <w:lang w:val="es-ES" w:eastAsia="es-ES"/>
        </w:rPr>
        <w:t xml:space="preserve"> Asimismo</w:t>
      </w:r>
      <w:r w:rsidR="0026084C" w:rsidRPr="0052230C">
        <w:rPr>
          <w:rFonts w:ascii="Arial" w:hAnsi="Arial" w:cs="Arial"/>
          <w:sz w:val="22"/>
          <w:lang w:val="es-ES" w:eastAsia="es-ES"/>
        </w:rPr>
        <w:t>,</w:t>
      </w:r>
      <w:r w:rsidR="001835EE" w:rsidRPr="0052230C">
        <w:rPr>
          <w:rFonts w:ascii="Arial" w:hAnsi="Arial" w:cs="Arial"/>
          <w:sz w:val="22"/>
          <w:lang w:val="es-ES" w:eastAsia="es-ES"/>
        </w:rPr>
        <w:t xml:space="preserve"> declara que se compromete a aportar las evidencias que corroboren el cumplimiento </w:t>
      </w:r>
      <w:r w:rsidR="0026084C" w:rsidRPr="0052230C">
        <w:rPr>
          <w:rFonts w:ascii="Arial" w:hAnsi="Arial" w:cs="Arial"/>
          <w:sz w:val="22"/>
          <w:lang w:val="es-ES" w:eastAsia="es-ES"/>
        </w:rPr>
        <w:t>de este principio</w:t>
      </w:r>
      <w:r w:rsidR="00EC237C" w:rsidRPr="0052230C">
        <w:rPr>
          <w:rFonts w:ascii="Arial" w:hAnsi="Arial" w:cs="Arial"/>
          <w:sz w:val="22"/>
          <w:lang w:val="es-ES" w:eastAsia="es-ES"/>
        </w:rPr>
        <w:t xml:space="preserve"> en el marco de los informes de seguimiento de la ejecución que deberá aportar a la SRP.</w:t>
      </w:r>
    </w:p>
    <w:p w14:paraId="7ABC9FE4" w14:textId="31662D39" w:rsidR="009C4C49" w:rsidRPr="0052230C" w:rsidRDefault="008A2849" w:rsidP="008A2849">
      <w:pPr>
        <w:pStyle w:val="Prrafodelista"/>
        <w:spacing w:before="100" w:beforeAutospacing="1" w:afterAutospacing="1" w:line="276" w:lineRule="auto"/>
        <w:ind w:left="0"/>
        <w:jc w:val="both"/>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331F79" w:rsidRPr="0052230C">
        <w:rPr>
          <w:rFonts w:ascii="Arial" w:hAnsi="Arial" w:cs="Arial"/>
          <w:sz w:val="22"/>
          <w:lang w:val="es-ES" w:eastAsia="es-ES"/>
        </w:rPr>
        <w:t xml:space="preserve">El solicitante declara responsablemente que la inversión cumple los criterios de resiliencia climática y que aportará el </w:t>
      </w:r>
      <w:r w:rsidR="00B45793" w:rsidRPr="0052230C">
        <w:rPr>
          <w:rFonts w:ascii="Arial" w:hAnsi="Arial" w:cs="Arial"/>
          <w:sz w:val="22"/>
          <w:lang w:val="es-ES" w:eastAsia="es-ES"/>
        </w:rPr>
        <w:t>análisis de riesgos y vulnerabilidades del climate proofing</w:t>
      </w:r>
      <w:r w:rsidR="007B14C5" w:rsidRPr="0052230C">
        <w:rPr>
          <w:rFonts w:ascii="Arial" w:hAnsi="Arial" w:cs="Arial"/>
          <w:sz w:val="22"/>
          <w:lang w:val="es-ES" w:eastAsia="es-ES"/>
        </w:rPr>
        <w:t>, cuando resulte aplicable</w:t>
      </w:r>
      <w:r w:rsidR="00B45793" w:rsidRPr="0052230C">
        <w:rPr>
          <w:rFonts w:ascii="Arial" w:hAnsi="Arial" w:cs="Arial"/>
          <w:sz w:val="22"/>
          <w:lang w:val="es-ES" w:eastAsia="es-ES"/>
        </w:rPr>
        <w:t>, así como el plan de mitigación correspondiente con carácter previo al desembolso</w:t>
      </w:r>
      <w:r w:rsidR="00E83B7C" w:rsidRPr="0052230C">
        <w:rPr>
          <w:rFonts w:ascii="Arial" w:hAnsi="Arial" w:cs="Arial"/>
          <w:sz w:val="22"/>
          <w:lang w:val="es-ES" w:eastAsia="es-ES"/>
        </w:rPr>
        <w:t>.</w:t>
      </w:r>
      <w:r w:rsidR="00EC237C" w:rsidRPr="0052230C">
        <w:rPr>
          <w:rFonts w:ascii="Arial" w:hAnsi="Arial" w:cs="Arial"/>
          <w:sz w:val="22"/>
          <w:lang w:val="es-ES" w:eastAsia="es-ES"/>
        </w:rPr>
        <w:t xml:space="preserve"> </w:t>
      </w:r>
      <w:r w:rsidR="00EA3A91" w:rsidRPr="0052230C">
        <w:rPr>
          <w:rFonts w:ascii="Arial" w:hAnsi="Arial" w:cs="Arial"/>
          <w:sz w:val="22"/>
          <w:lang w:val="es-ES" w:eastAsia="es-ES"/>
        </w:rPr>
        <w:t>Asimismo, declara que se compromete a aportar las evidencias que corroboren el cumplimiento de este principio en el marco de los informes de seguimiento de la ejecución que deberá aportar a la SRP</w:t>
      </w:r>
      <w:r w:rsidR="00EC237C" w:rsidRPr="0052230C">
        <w:rPr>
          <w:rFonts w:ascii="Arial" w:hAnsi="Arial" w:cs="Arial"/>
          <w:sz w:val="22"/>
          <w:lang w:val="es-ES" w:eastAsia="es-ES"/>
        </w:rPr>
        <w:t>.</w:t>
      </w:r>
    </w:p>
    <w:p w14:paraId="0EAC9689" w14:textId="7C231334" w:rsidR="0026084C" w:rsidRPr="0052230C" w:rsidRDefault="008A2849" w:rsidP="008A2849">
      <w:pPr>
        <w:pStyle w:val="Prrafodelista"/>
        <w:spacing w:before="100" w:beforeAutospacing="1" w:afterAutospacing="1" w:line="276" w:lineRule="auto"/>
        <w:ind w:left="0"/>
        <w:jc w:val="both"/>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E83B7C" w:rsidRPr="0052230C">
        <w:rPr>
          <w:rFonts w:ascii="Arial" w:hAnsi="Arial" w:cs="Arial"/>
          <w:sz w:val="22"/>
          <w:lang w:val="es-ES" w:eastAsia="es-ES"/>
        </w:rPr>
        <w:t xml:space="preserve">El solicitante </w:t>
      </w:r>
      <w:r w:rsidR="001811F9" w:rsidRPr="0052230C">
        <w:rPr>
          <w:rFonts w:ascii="Arial" w:hAnsi="Arial" w:cs="Arial"/>
          <w:sz w:val="22"/>
          <w:lang w:val="es-ES" w:eastAsia="es-ES"/>
        </w:rPr>
        <w:t xml:space="preserve">declara responsablemente que el proyecto cumple la </w:t>
      </w:r>
      <w:r w:rsidR="00793C35" w:rsidRPr="0052230C">
        <w:rPr>
          <w:rFonts w:ascii="Arial" w:hAnsi="Arial" w:cs="Arial"/>
          <w:sz w:val="22"/>
          <w:lang w:val="es-ES" w:eastAsia="es-ES"/>
        </w:rPr>
        <w:t xml:space="preserve">correspondiente </w:t>
      </w:r>
      <w:r w:rsidR="001811F9" w:rsidRPr="0052230C">
        <w:rPr>
          <w:rFonts w:ascii="Arial" w:hAnsi="Arial" w:cs="Arial"/>
          <w:sz w:val="22"/>
          <w:lang w:val="es-ES" w:eastAsia="es-ES"/>
        </w:rPr>
        <w:t>normativa sectorial de accesibilidad</w:t>
      </w:r>
      <w:r w:rsidR="00793C35" w:rsidRPr="0052230C">
        <w:rPr>
          <w:rFonts w:ascii="Arial" w:hAnsi="Arial" w:cs="Arial"/>
          <w:sz w:val="22"/>
          <w:lang w:val="es-ES" w:eastAsia="es-ES"/>
        </w:rPr>
        <w:t xml:space="preserve"> para personas con dis</w:t>
      </w:r>
      <w:r w:rsidR="006F672A" w:rsidRPr="0052230C">
        <w:rPr>
          <w:rFonts w:ascii="Arial" w:hAnsi="Arial" w:cs="Arial"/>
          <w:sz w:val="22"/>
          <w:lang w:val="es-ES" w:eastAsia="es-ES"/>
        </w:rPr>
        <w:t xml:space="preserve">capacidad y que se comprometerá a aportar las </w:t>
      </w:r>
      <w:r w:rsidR="00EE4253" w:rsidRPr="0052230C">
        <w:rPr>
          <w:rFonts w:ascii="Arial" w:hAnsi="Arial" w:cs="Arial"/>
          <w:sz w:val="22"/>
          <w:lang w:val="es-ES" w:eastAsia="es-ES"/>
        </w:rPr>
        <w:t>evidencias que así lo corroboren en los informes de seguimiento de la ejecución que deberá aportar a la SRP.</w:t>
      </w:r>
    </w:p>
    <w:p w14:paraId="36FFD39F" w14:textId="5B083E01" w:rsidR="00FB0F66" w:rsidRPr="0052230C" w:rsidRDefault="00F24194" w:rsidP="008A2849">
      <w:pPr>
        <w:pStyle w:val="Prrafodelista"/>
        <w:spacing w:before="100" w:beforeAutospacing="1" w:afterAutospacing="1" w:line="276" w:lineRule="auto"/>
        <w:ind w:left="0"/>
        <w:jc w:val="both"/>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El solicitante declara responsablemente que la inversión se ejecutará respetando la Carta de los Derechos Fundamentales de la Unión Europea y los principios de igualdad entre mujeres y hombres y de no discriminación, y se compromete a comunicar cualquier incidencia relevante relacionada con su cumplimiento.</w:t>
      </w:r>
    </w:p>
    <w:p w14:paraId="1BDC5E92" w14:textId="7F3FBC7C" w:rsidR="00992801" w:rsidRPr="0056226A" w:rsidRDefault="0026084C" w:rsidP="0056226A">
      <w:pPr>
        <w:spacing w:before="100" w:beforeAutospacing="1" w:after="100" w:afterAutospacing="1" w:line="240" w:lineRule="auto"/>
        <w:rPr>
          <w:rFonts w:ascii="Arial" w:hAnsi="Arial" w:cs="Arial"/>
          <w:b/>
          <w:bCs/>
          <w:sz w:val="22"/>
          <w:lang w:val="es-ES" w:eastAsia="es-ES"/>
        </w:rPr>
      </w:pPr>
      <w:r w:rsidRPr="0052230C">
        <w:rPr>
          <w:rFonts w:ascii="Arial" w:hAnsi="Arial" w:cs="Arial"/>
          <w:b/>
          <w:bCs/>
          <w:sz w:val="22"/>
          <w:lang w:val="es-ES" w:eastAsia="es-ES"/>
        </w:rPr>
        <w:lastRenderedPageBreak/>
        <w:t>Declaración final</w:t>
      </w:r>
      <w:r w:rsidR="00992801" w:rsidRPr="0052230C">
        <w:rPr>
          <w:rFonts w:ascii="Arial" w:hAnsi="Arial" w:cs="Arial"/>
          <w:sz w:val="22"/>
          <w:lang w:val="es-ES" w:eastAsia="es-ES"/>
        </w:rPr>
        <w:br/>
      </w:r>
      <w:r w:rsidR="00992801" w:rsidRPr="0052230C">
        <w:rPr>
          <w:rFonts w:ascii="Segoe UI Symbol" w:hAnsi="Segoe UI Symbol" w:cs="Segoe UI Symbol"/>
          <w:sz w:val="22"/>
          <w:lang w:val="es-ES" w:eastAsia="es-ES"/>
        </w:rPr>
        <w:t>☐</w:t>
      </w:r>
      <w:r w:rsidR="00992801" w:rsidRPr="0052230C">
        <w:rPr>
          <w:rFonts w:ascii="Arial" w:hAnsi="Arial" w:cs="Arial"/>
          <w:sz w:val="22"/>
          <w:lang w:val="es-ES" w:eastAsia="es-ES"/>
        </w:rPr>
        <w:t xml:space="preserve"> El solicitante conoce que la presentación de la solicitud no genera derecho a obtener financiación.</w:t>
      </w:r>
    </w:p>
    <w:p w14:paraId="7024D077" w14:textId="7842165E" w:rsidR="00992801" w:rsidRPr="0052230C" w:rsidRDefault="003D05F7"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10</w:t>
      </w:r>
      <w:r w:rsidR="00992801" w:rsidRPr="0052230C">
        <w:rPr>
          <w:rFonts w:ascii="Arial" w:eastAsia="Calibri" w:hAnsi="Arial" w:cs="Arial"/>
          <w:sz w:val="22"/>
          <w:szCs w:val="22"/>
          <w:lang w:val="es-ES" w:eastAsia="es-ES"/>
        </w:rPr>
        <w:t>. Documentación que se acompaña a la solicitud</w:t>
      </w:r>
    </w:p>
    <w:p w14:paraId="4F5E65BB" w14:textId="77777777" w:rsidR="00992801" w:rsidRPr="0052230C" w:rsidRDefault="00992801" w:rsidP="006407FC">
      <w:pPr>
        <w:spacing w:before="100" w:beforeAutospacing="1" w:afterAutospacing="1" w:line="240" w:lineRule="auto"/>
        <w:jc w:val="both"/>
        <w:rPr>
          <w:rFonts w:ascii="Arial" w:eastAsia="Times New Roman" w:hAnsi="Arial" w:cs="Arial"/>
          <w:sz w:val="22"/>
          <w:lang w:val="es-ES" w:eastAsia="es-ES"/>
        </w:rPr>
      </w:pPr>
      <w:r w:rsidRPr="0052230C">
        <w:rPr>
          <w:rFonts w:ascii="Arial" w:hAnsi="Arial" w:cs="Arial"/>
          <w:sz w:val="22"/>
          <w:lang w:val="es-ES" w:eastAsia="es-ES"/>
        </w:rPr>
        <w:t>El solicitante aporta la siguiente documentación inicial:</w:t>
      </w:r>
    </w:p>
    <w:p w14:paraId="1B7DAD3B" w14:textId="1C5A4052" w:rsidR="00565C20" w:rsidRDefault="00992801" w:rsidP="003D05F7">
      <w:pPr>
        <w:spacing w:before="100" w:beforeAutospacing="1" w:after="100" w:afterAutospacing="1" w:line="240" w:lineRule="auto"/>
        <w:contextualSpacing/>
        <w:rPr>
          <w:rFonts w:ascii="Arial" w:hAnsi="Arial" w:cs="Arial"/>
          <w:sz w:val="22"/>
          <w:lang w:val="es-ES"/>
        </w:rPr>
      </w:pPr>
      <w:r w:rsidRPr="0052230C">
        <w:rPr>
          <w:rFonts w:ascii="Segoe UI Symbol" w:hAnsi="Segoe UI Symbol" w:cs="Segoe UI Symbol"/>
          <w:sz w:val="22"/>
          <w:lang w:val="es-ES"/>
        </w:rPr>
        <w:t>☐</w:t>
      </w:r>
      <w:r w:rsidRPr="0052230C">
        <w:rPr>
          <w:rFonts w:ascii="Arial" w:hAnsi="Arial" w:cs="Arial"/>
          <w:sz w:val="22"/>
          <w:lang w:val="es-ES"/>
        </w:rPr>
        <w:t xml:space="preserve"> Formulario de solicitud firmado</w:t>
      </w:r>
      <w:r w:rsidR="00565C20" w:rsidRPr="00E109BE">
        <w:rPr>
          <w:rFonts w:ascii="Arial" w:hAnsi="Arial" w:cs="Arial"/>
          <w:sz w:val="22"/>
          <w:lang w:val="es-ES"/>
        </w:rPr>
        <w:t>, según modelo disponible en la página web de la SRP</w:t>
      </w:r>
      <w:r w:rsidR="00E109BE">
        <w:rPr>
          <w:rFonts w:ascii="Arial" w:hAnsi="Arial" w:cs="Arial"/>
          <w:sz w:val="22"/>
          <w:lang w:val="es-ES"/>
        </w:rPr>
        <w:t xml:space="preserve"> (</w:t>
      </w:r>
      <w:hyperlink r:id="rId11" w:history="1">
        <w:r w:rsidR="00E109BE" w:rsidRPr="00E109BE">
          <w:rPr>
            <w:rStyle w:val="Hipervnculo"/>
            <w:rFonts w:ascii="Arial" w:hAnsi="Arial" w:cs="Arial"/>
            <w:b/>
            <w:bCs/>
            <w:sz w:val="22"/>
            <w:lang w:val="es-ES"/>
          </w:rPr>
          <w:t>www.srp.es</w:t>
        </w:r>
      </w:hyperlink>
      <w:r w:rsidR="00E109BE">
        <w:rPr>
          <w:rFonts w:ascii="Arial" w:hAnsi="Arial" w:cs="Arial"/>
          <w:sz w:val="22"/>
          <w:lang w:val="es-ES"/>
        </w:rPr>
        <w:t>)</w:t>
      </w:r>
      <w:r w:rsidR="00565C20" w:rsidRPr="00E109BE">
        <w:rPr>
          <w:rFonts w:ascii="Arial" w:hAnsi="Arial" w:cs="Arial"/>
          <w:sz w:val="22"/>
          <w:lang w:val="es-ES"/>
        </w:rPr>
        <w:t>.</w:t>
      </w:r>
      <w:r w:rsidRPr="00E109BE">
        <w:rPr>
          <w:rFonts w:ascii="Arial" w:hAnsi="Arial" w:cs="Arial"/>
          <w:sz w:val="22"/>
          <w:lang w:val="es-ES"/>
        </w:rPr>
        <w:br/>
      </w:r>
      <w:r w:rsidRPr="00E109BE">
        <w:rPr>
          <w:rFonts w:ascii="Segoe UI Symbol" w:hAnsi="Segoe UI Symbol" w:cs="Segoe UI Symbol"/>
          <w:sz w:val="22"/>
          <w:lang w:val="es-ES"/>
        </w:rPr>
        <w:t>☐</w:t>
      </w:r>
      <w:r w:rsidRPr="00E109BE">
        <w:rPr>
          <w:rFonts w:ascii="Arial" w:hAnsi="Arial" w:cs="Arial"/>
          <w:sz w:val="22"/>
          <w:lang w:val="es-ES"/>
        </w:rPr>
        <w:t xml:space="preserve"> Memoria descriptiva de la empresa y de la inversión, </w:t>
      </w:r>
      <w:r w:rsidR="00565C20" w:rsidRPr="00E109BE">
        <w:rPr>
          <w:rFonts w:ascii="Arial" w:hAnsi="Arial" w:cs="Arial"/>
          <w:sz w:val="22"/>
          <w:lang w:val="es-ES"/>
        </w:rPr>
        <w:t>según modelo disponible en la página web de la SRP.</w:t>
      </w:r>
    </w:p>
    <w:p w14:paraId="541B1993" w14:textId="66A67905" w:rsidR="000D79EB" w:rsidRPr="0052230C" w:rsidRDefault="00992801" w:rsidP="003D05F7">
      <w:pPr>
        <w:spacing w:before="100" w:beforeAutospacing="1" w:after="100" w:afterAutospacing="1" w:line="240" w:lineRule="auto"/>
        <w:contextualSpacing/>
        <w:rPr>
          <w:rFonts w:ascii="Arial" w:eastAsia="Times New Roman" w:hAnsi="Arial" w:cs="Arial"/>
          <w:sz w:val="22"/>
          <w:lang w:val="es-ES" w:eastAsia="es-ES"/>
        </w:rPr>
      </w:pPr>
      <w:r w:rsidRPr="0052230C">
        <w:rPr>
          <w:rFonts w:ascii="Segoe UI Symbol" w:hAnsi="Segoe UI Symbol" w:cs="Segoe UI Symbol"/>
          <w:sz w:val="22"/>
          <w:lang w:val="es-ES"/>
        </w:rPr>
        <w:t>☐</w:t>
      </w:r>
      <w:r w:rsidRPr="0052230C">
        <w:rPr>
          <w:rFonts w:ascii="Arial" w:hAnsi="Arial" w:cs="Arial"/>
          <w:sz w:val="22"/>
          <w:lang w:val="es-ES"/>
        </w:rPr>
        <w:t xml:space="preserve"> Presupuesto, plan de inversión, facturas proforma u ofertas disponibles.</w:t>
      </w:r>
      <w:r w:rsidRPr="0052230C">
        <w:rPr>
          <w:rFonts w:ascii="Arial" w:hAnsi="Arial" w:cs="Arial"/>
          <w:sz w:val="22"/>
          <w:lang w:val="es-ES"/>
        </w:rPr>
        <w:br/>
      </w:r>
      <w:r w:rsidRPr="0052230C">
        <w:rPr>
          <w:rFonts w:ascii="Segoe UI Symbol" w:hAnsi="Segoe UI Symbol" w:cs="Segoe UI Symbol"/>
          <w:sz w:val="22"/>
          <w:lang w:val="es-ES"/>
        </w:rPr>
        <w:t>☐</w:t>
      </w:r>
      <w:r w:rsidRPr="0052230C">
        <w:rPr>
          <w:rFonts w:ascii="Arial" w:hAnsi="Arial" w:cs="Arial"/>
          <w:sz w:val="22"/>
          <w:lang w:val="es-ES"/>
        </w:rPr>
        <w:t xml:space="preserve"> Plan de financiación de la inversión.</w:t>
      </w:r>
      <w:r w:rsidRPr="0052230C">
        <w:rPr>
          <w:rFonts w:ascii="Arial" w:hAnsi="Arial" w:cs="Arial"/>
          <w:sz w:val="22"/>
          <w:lang w:val="es-ES"/>
        </w:rPr>
        <w:br/>
      </w:r>
      <w:r w:rsidRPr="0052230C">
        <w:rPr>
          <w:rFonts w:ascii="Segoe UI Symbol" w:hAnsi="Segoe UI Symbol" w:cs="Segoe UI Symbol"/>
          <w:sz w:val="22"/>
          <w:lang w:val="es-ES"/>
        </w:rPr>
        <w:t>☐</w:t>
      </w:r>
      <w:r w:rsidRPr="0052230C">
        <w:rPr>
          <w:rFonts w:ascii="Arial" w:hAnsi="Arial" w:cs="Arial"/>
          <w:sz w:val="22"/>
          <w:lang w:val="es-ES"/>
        </w:rPr>
        <w:t xml:space="preserve"> Cuentas anuales de los últimos ejercicios disponibles o información económico-financiera equivalente, incluyendo, cuando sea necesario, detalle actualizado de deuda financiera viva y vencimientos relevantes.</w:t>
      </w:r>
    </w:p>
    <w:p w14:paraId="3C9FEE48" w14:textId="5FF2EA8E" w:rsidR="004C177A" w:rsidRPr="0052230C" w:rsidRDefault="00005B07" w:rsidP="003D05F7">
      <w:pPr>
        <w:spacing w:before="100" w:beforeAutospacing="1" w:after="100" w:afterAutospacing="1" w:line="240" w:lineRule="auto"/>
        <w:contextualSpacing/>
        <w:rPr>
          <w:rFonts w:ascii="Arial" w:eastAsia="Times New Roman" w:hAnsi="Arial" w:cs="Arial"/>
          <w:sz w:val="22"/>
          <w:lang w:val="es-ES" w:eastAsia="es-ES"/>
        </w:rPr>
      </w:pPr>
      <w:r w:rsidRPr="0052230C">
        <w:rPr>
          <w:rFonts w:ascii="Segoe UI Symbol" w:hAnsi="Segoe UI Symbol" w:cs="Segoe UI Symbol"/>
          <w:sz w:val="22"/>
          <w:lang w:val="es-ES"/>
        </w:rPr>
        <w:t>☐</w:t>
      </w:r>
      <w:r w:rsidR="004C177A" w:rsidRPr="0052230C">
        <w:rPr>
          <w:rFonts w:ascii="Arial" w:hAnsi="Arial" w:cs="Arial"/>
          <w:sz w:val="22"/>
          <w:lang w:val="es-ES" w:eastAsia="es-ES"/>
        </w:rPr>
        <w:t>Informe de plantilla media de la empresa</w:t>
      </w:r>
      <w:r w:rsidR="001475B1" w:rsidRPr="0052230C">
        <w:rPr>
          <w:rFonts w:ascii="Arial" w:hAnsi="Arial" w:cs="Arial"/>
          <w:sz w:val="22"/>
          <w:lang w:val="es-ES" w:eastAsia="es-ES"/>
        </w:rPr>
        <w:t xml:space="preserve"> aportado por la TGSS</w:t>
      </w:r>
      <w:r w:rsidR="005B2BEB" w:rsidRPr="0052230C">
        <w:rPr>
          <w:rFonts w:ascii="Arial" w:hAnsi="Arial" w:cs="Arial"/>
          <w:sz w:val="22"/>
          <w:lang w:val="es-ES" w:eastAsia="es-ES"/>
        </w:rPr>
        <w:t xml:space="preserve"> en los 12 meses anteriores a la solici</w:t>
      </w:r>
      <w:r w:rsidR="001475B1" w:rsidRPr="0052230C">
        <w:rPr>
          <w:rFonts w:ascii="Arial" w:hAnsi="Arial" w:cs="Arial"/>
          <w:sz w:val="22"/>
          <w:lang w:val="es-ES" w:eastAsia="es-ES"/>
        </w:rPr>
        <w:t xml:space="preserve">tud. </w:t>
      </w:r>
    </w:p>
    <w:p w14:paraId="4E9E7CE2" w14:textId="40D3B927" w:rsidR="00882AC9" w:rsidRPr="0052230C" w:rsidRDefault="008E3272" w:rsidP="003D05F7">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rPr>
        <w:t>☐</w:t>
      </w:r>
      <w:r w:rsidR="00151D7F" w:rsidRPr="0052230C">
        <w:rPr>
          <w:rFonts w:ascii="Arial" w:hAnsi="Arial" w:cs="Arial"/>
          <w:sz w:val="22"/>
          <w:lang w:val="es-ES"/>
        </w:rPr>
        <w:t xml:space="preserve"> </w:t>
      </w:r>
      <w:r w:rsidR="00130FC8" w:rsidRPr="0052230C">
        <w:rPr>
          <w:rFonts w:ascii="Arial" w:hAnsi="Arial" w:cs="Arial"/>
          <w:sz w:val="22"/>
          <w:lang w:val="es-ES" w:eastAsia="es-ES"/>
        </w:rPr>
        <w:t xml:space="preserve">Certificado </w:t>
      </w:r>
      <w:r w:rsidR="004C177A" w:rsidRPr="0052230C">
        <w:rPr>
          <w:rFonts w:ascii="Arial" w:hAnsi="Arial" w:cs="Arial"/>
          <w:sz w:val="22"/>
          <w:lang w:val="es-ES" w:eastAsia="es-ES"/>
        </w:rPr>
        <w:t>de situación censal con el código AIE de empresa</w:t>
      </w:r>
      <w:r w:rsidR="00130FC8" w:rsidRPr="0052230C">
        <w:rPr>
          <w:rFonts w:ascii="Arial" w:hAnsi="Arial" w:cs="Arial"/>
          <w:sz w:val="22"/>
          <w:lang w:val="es-ES" w:eastAsia="es-ES"/>
        </w:rPr>
        <w:t xml:space="preserve"> y</w:t>
      </w:r>
      <w:r w:rsidR="008751B0" w:rsidRPr="0052230C">
        <w:rPr>
          <w:rFonts w:ascii="Arial" w:hAnsi="Arial" w:cs="Arial"/>
          <w:sz w:val="22"/>
          <w:lang w:val="es-ES" w:eastAsia="es-ES"/>
        </w:rPr>
        <w:t xml:space="preserve"> domicilio de los centros de trabajo</w:t>
      </w:r>
      <w:r w:rsidR="004C177A" w:rsidRPr="0052230C">
        <w:rPr>
          <w:rFonts w:ascii="Arial" w:hAnsi="Arial" w:cs="Arial"/>
          <w:sz w:val="22"/>
          <w:lang w:val="es-ES" w:eastAsia="es-ES"/>
        </w:rPr>
        <w:t xml:space="preserve">. </w:t>
      </w:r>
      <w:r w:rsidR="00992801" w:rsidRPr="0052230C">
        <w:rPr>
          <w:rFonts w:ascii="Arial" w:hAnsi="Arial" w:cs="Arial"/>
          <w:sz w:val="22"/>
          <w:lang w:val="es-ES" w:eastAsia="es-ES"/>
        </w:rPr>
        <w:br/>
      </w:r>
      <w:r w:rsidR="00992801" w:rsidRPr="0052230C">
        <w:rPr>
          <w:rFonts w:ascii="Segoe UI Symbol" w:hAnsi="Segoe UI Symbol" w:cs="Segoe UI Symbol"/>
          <w:sz w:val="22"/>
          <w:lang w:val="es-ES" w:eastAsia="es-ES"/>
        </w:rPr>
        <w:t>☐</w:t>
      </w:r>
      <w:r w:rsidR="00992801" w:rsidRPr="0052230C">
        <w:rPr>
          <w:rFonts w:ascii="Arial" w:hAnsi="Arial" w:cs="Arial"/>
          <w:sz w:val="22"/>
          <w:lang w:val="es-ES" w:eastAsia="es-ES"/>
        </w:rPr>
        <w:t xml:space="preserve"> Certificados o acreditaciones de estar al corriente de obligaciones tributarias y frente a la Seguridad Social, cuando proceda.</w:t>
      </w:r>
      <w:r w:rsidR="00992801" w:rsidRPr="0052230C">
        <w:rPr>
          <w:rFonts w:ascii="Arial" w:hAnsi="Arial" w:cs="Arial"/>
          <w:sz w:val="22"/>
          <w:lang w:val="es-ES" w:eastAsia="es-ES"/>
        </w:rPr>
        <w:br/>
      </w:r>
      <w:r w:rsidR="00992801" w:rsidRPr="0052230C">
        <w:rPr>
          <w:rFonts w:ascii="Segoe UI Symbol" w:hAnsi="Segoe UI Symbol" w:cs="Segoe UI Symbol"/>
          <w:sz w:val="22"/>
          <w:lang w:val="es-ES" w:eastAsia="es-ES"/>
        </w:rPr>
        <w:t>☐</w:t>
      </w:r>
      <w:r w:rsidR="00992801" w:rsidRPr="0052230C">
        <w:rPr>
          <w:rFonts w:ascii="Arial" w:hAnsi="Arial" w:cs="Arial"/>
          <w:sz w:val="22"/>
          <w:lang w:val="es-ES" w:eastAsia="es-ES"/>
        </w:rPr>
        <w:t xml:space="preserve"> Escritura de constitución, estatutos o documentación societaria equivalente, cuando proceda.</w:t>
      </w:r>
    </w:p>
    <w:p w14:paraId="7371A48D" w14:textId="3129CAAF" w:rsidR="00992801" w:rsidRPr="0052230C" w:rsidRDefault="00882AC9" w:rsidP="003D05F7">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Documentación acreditativa de la representación.</w:t>
      </w:r>
      <w:r w:rsidR="00992801" w:rsidRPr="0052230C">
        <w:rPr>
          <w:rFonts w:ascii="Arial" w:hAnsi="Arial" w:cs="Arial"/>
          <w:sz w:val="22"/>
          <w:lang w:val="es-ES" w:eastAsia="es-ES"/>
        </w:rPr>
        <w:br/>
      </w:r>
      <w:r w:rsidR="00992801" w:rsidRPr="0052230C">
        <w:rPr>
          <w:rFonts w:ascii="Segoe UI Symbol" w:hAnsi="Segoe UI Symbol" w:cs="Segoe UI Symbol"/>
          <w:sz w:val="22"/>
          <w:lang w:val="es-ES" w:eastAsia="es-ES"/>
        </w:rPr>
        <w:t>☐</w:t>
      </w:r>
      <w:r w:rsidR="00992801" w:rsidRPr="0052230C">
        <w:rPr>
          <w:rFonts w:ascii="Arial" w:hAnsi="Arial" w:cs="Arial"/>
          <w:sz w:val="22"/>
          <w:lang w:val="es-ES" w:eastAsia="es-ES"/>
        </w:rPr>
        <w:t xml:space="preserve"> Otra documentación aportada: [●]</w:t>
      </w:r>
    </w:p>
    <w:p w14:paraId="6CADD735" w14:textId="77777777" w:rsidR="003D05F7" w:rsidRPr="0052230C" w:rsidRDefault="003D05F7" w:rsidP="003D05F7">
      <w:pPr>
        <w:spacing w:before="100" w:beforeAutospacing="1" w:after="100" w:afterAutospacing="1" w:line="240" w:lineRule="auto"/>
        <w:contextualSpacing/>
        <w:rPr>
          <w:rFonts w:ascii="Arial" w:eastAsia="Times New Roman" w:hAnsi="Arial" w:cs="Arial"/>
          <w:sz w:val="22"/>
          <w:lang w:val="es-ES" w:eastAsia="es-ES"/>
        </w:rPr>
      </w:pPr>
    </w:p>
    <w:p w14:paraId="69C2AB75" w14:textId="77777777" w:rsidR="00992801" w:rsidRPr="0052230C" w:rsidRDefault="00992801" w:rsidP="006407FC">
      <w:pPr>
        <w:spacing w:before="100" w:beforeAutospacing="1" w:afterAutospacing="1" w:line="240" w:lineRule="auto"/>
        <w:jc w:val="both"/>
        <w:rPr>
          <w:rFonts w:ascii="Arial" w:eastAsia="Times New Roman" w:hAnsi="Arial" w:cs="Arial"/>
          <w:sz w:val="22"/>
          <w:lang w:val="es-ES" w:eastAsia="es-ES"/>
        </w:rPr>
      </w:pPr>
      <w:r w:rsidRPr="0052230C">
        <w:rPr>
          <w:rFonts w:ascii="Arial" w:hAnsi="Arial" w:cs="Arial"/>
          <w:sz w:val="22"/>
          <w:lang w:val="es-ES" w:eastAsia="es-ES"/>
        </w:rPr>
        <w:t>La SRP podrá requerir documentación adicional durante la tramitación cuando resulte necesaria para analizar la elegibilidad del solicitante, la inversión financiable, la viabilidad, la capacidad de reembolso, el régimen de ayudas de Estado, la trazabilidad de los fondos o el cumplimiento de las condiciones aplicables.</w:t>
      </w:r>
    </w:p>
    <w:p w14:paraId="37D4BD18" w14:textId="37094E26" w:rsidR="003D4488" w:rsidRDefault="00992801" w:rsidP="006407FC">
      <w:pPr>
        <w:pStyle w:val="Ttulo2"/>
        <w:spacing w:before="100" w:beforeAutospacing="1" w:afterAutospacing="1" w:line="240" w:lineRule="auto"/>
        <w:jc w:val="both"/>
        <w:rPr>
          <w:rFonts w:ascii="Arial" w:eastAsia="Calibri" w:hAnsi="Arial" w:cs="Arial"/>
          <w:sz w:val="22"/>
          <w:szCs w:val="22"/>
          <w:lang w:val="es-ES" w:eastAsia="es-ES"/>
        </w:rPr>
      </w:pPr>
      <w:r w:rsidRPr="0052230C">
        <w:rPr>
          <w:rFonts w:ascii="Arial" w:eastAsia="Calibri" w:hAnsi="Arial" w:cs="Arial"/>
          <w:sz w:val="22"/>
          <w:szCs w:val="22"/>
          <w:lang w:val="es-ES" w:eastAsia="es-ES"/>
        </w:rPr>
        <w:t>1</w:t>
      </w:r>
      <w:r w:rsidR="00821240" w:rsidRPr="0052230C">
        <w:rPr>
          <w:rFonts w:ascii="Arial" w:eastAsia="Calibri" w:hAnsi="Arial" w:cs="Arial"/>
          <w:sz w:val="22"/>
          <w:szCs w:val="22"/>
          <w:lang w:val="es-ES" w:eastAsia="es-ES"/>
        </w:rPr>
        <w:t>1</w:t>
      </w:r>
      <w:r w:rsidRPr="0052230C">
        <w:rPr>
          <w:rFonts w:ascii="Arial" w:eastAsia="Calibri" w:hAnsi="Arial" w:cs="Arial"/>
          <w:sz w:val="22"/>
          <w:szCs w:val="22"/>
          <w:lang w:val="es-ES" w:eastAsia="es-ES"/>
        </w:rPr>
        <w:t xml:space="preserve">. </w:t>
      </w:r>
      <w:r w:rsidR="003D4488">
        <w:rPr>
          <w:rFonts w:ascii="Arial" w:eastAsia="Calibri" w:hAnsi="Arial" w:cs="Arial"/>
          <w:sz w:val="22"/>
          <w:szCs w:val="22"/>
          <w:lang w:val="es-ES" w:eastAsia="es-ES"/>
        </w:rPr>
        <w:t>Tratamiento de datos de carácter personal</w:t>
      </w:r>
    </w:p>
    <w:p w14:paraId="322D61E6" w14:textId="77777777" w:rsidR="003D4488" w:rsidRDefault="003D4488" w:rsidP="003D4488">
      <w:pPr>
        <w:spacing w:before="240"/>
        <w:jc w:val="both"/>
        <w:rPr>
          <w:rFonts w:ascii="Arial" w:hAnsi="Arial" w:cs="Arial"/>
          <w:sz w:val="22"/>
        </w:rPr>
      </w:pPr>
      <w:r w:rsidRPr="003D4488">
        <w:rPr>
          <w:rFonts w:ascii="Arial" w:hAnsi="Arial" w:cs="Arial"/>
          <w:sz w:val="22"/>
        </w:rPr>
        <w:t>En cumplimiento del Reglamento (UE) 2016/679 (RGPD) y la Ley Orgánica 3/2018, de Protección de Datos de Carácter Personal y Garantía de los Derechos Digitales (LOPDGDD), se informa al interesado de que sus datos personales serán recogidos y tratados por Sociedad Regional de Promoción del Principado de Asturias, S.A., con CIF A33055138 y domicilio en C/ Ablanal, parcela 53, Edificio Sekuens, Parque Tecnológico de Asturias, 33428 Llanera (Principado de Asturias), como responsable del tratamiento</w:t>
      </w:r>
      <w:r>
        <w:rPr>
          <w:rFonts w:ascii="Arial" w:hAnsi="Arial" w:cs="Arial"/>
          <w:sz w:val="22"/>
        </w:rPr>
        <w:t>.</w:t>
      </w:r>
    </w:p>
    <w:p w14:paraId="606C3100" w14:textId="4D15287B" w:rsidR="003D4488" w:rsidRDefault="003D4488" w:rsidP="003D4488">
      <w:pPr>
        <w:spacing w:before="240"/>
        <w:jc w:val="both"/>
        <w:rPr>
          <w:rFonts w:ascii="Arial" w:hAnsi="Arial" w:cs="Arial"/>
          <w:sz w:val="22"/>
        </w:rPr>
      </w:pPr>
      <w:r>
        <w:rPr>
          <w:rFonts w:ascii="Arial" w:hAnsi="Arial" w:cs="Arial"/>
          <w:sz w:val="22"/>
        </w:rPr>
        <w:t xml:space="preserve">Finalidad: </w:t>
      </w:r>
      <w:r w:rsidRPr="003D4488">
        <w:rPr>
          <w:rFonts w:ascii="Arial" w:hAnsi="Arial" w:cs="Arial"/>
          <w:sz w:val="22"/>
        </w:rPr>
        <w:t>gestión inicial para el estudio de los proyectos de financiación de la Sociedad a las empresas con el objeto de determinar si se reúnen las condiciones necesarias para obtener la financiación de la Sociedad Regional de Promoción del Principado de Asturias, S.A. Gestión de los datos de contacto y representantes legales en dichas empresas o sociedades. Envío del Boletín electrónico. Invitación a todo tipo de actos organizados por el Responsable del tratamiento la cual se podrá cursar incluso utilizando medios electrónicos.</w:t>
      </w:r>
    </w:p>
    <w:p w14:paraId="68159756" w14:textId="3F005696" w:rsidR="003D4488" w:rsidRPr="003D4488" w:rsidRDefault="003D4488" w:rsidP="003D4488">
      <w:pPr>
        <w:spacing w:before="240"/>
        <w:jc w:val="both"/>
        <w:rPr>
          <w:rFonts w:ascii="Arial" w:hAnsi="Arial" w:cs="Arial"/>
          <w:sz w:val="22"/>
        </w:rPr>
      </w:pPr>
      <w:r>
        <w:rPr>
          <w:rFonts w:ascii="Arial" w:hAnsi="Arial" w:cs="Arial"/>
          <w:sz w:val="22"/>
        </w:rPr>
        <w:t xml:space="preserve">Legitimación: </w:t>
      </w:r>
      <w:r w:rsidRPr="003D4488">
        <w:rPr>
          <w:rFonts w:ascii="Arial" w:hAnsi="Arial" w:cs="Arial"/>
          <w:sz w:val="22"/>
        </w:rPr>
        <w:t xml:space="preserve">Reglamento 2016/679, artículo 6.1.a): el interesado dio su consentimiento para el tratamiento de sus datos personales para uno o varios fines específicos; artículo 6.1.b): el tratamiento </w:t>
      </w:r>
      <w:r w:rsidRPr="003D4488">
        <w:rPr>
          <w:rFonts w:ascii="Arial" w:hAnsi="Arial" w:cs="Arial"/>
          <w:sz w:val="22"/>
        </w:rPr>
        <w:lastRenderedPageBreak/>
        <w:t>es necesario para la ejecución de un contrato en el que el interesado es parte o para la aplicación, a petición de éste, de medidas precontractuales y artículo 6.1.f): el tratamiento es necesario para la satisfacción de intereses legítimos perseguidos por el Responsable del tratamiento.</w:t>
      </w:r>
    </w:p>
    <w:p w14:paraId="1F5BBCCC" w14:textId="77777777" w:rsidR="003D4488" w:rsidRPr="003D4488" w:rsidRDefault="003D4488" w:rsidP="003D4488">
      <w:pPr>
        <w:spacing w:before="240"/>
        <w:jc w:val="both"/>
        <w:rPr>
          <w:rFonts w:ascii="Arial" w:hAnsi="Arial" w:cs="Arial"/>
          <w:sz w:val="22"/>
        </w:rPr>
      </w:pPr>
      <w:r w:rsidRPr="003D4488">
        <w:rPr>
          <w:rFonts w:ascii="Arial" w:hAnsi="Arial" w:cs="Arial"/>
          <w:sz w:val="22"/>
        </w:rPr>
        <w:t xml:space="preserve">Si quiere obtener más información sobre el tratamiento de sus datos personales así como del ejercicio de sus derechos, puede consultar la </w:t>
      </w:r>
      <w:hyperlink r:id="rId12" w:history="1">
        <w:r w:rsidRPr="003D4488">
          <w:rPr>
            <w:rStyle w:val="Hipervnculo"/>
            <w:rFonts w:ascii="Arial" w:hAnsi="Arial" w:cs="Arial"/>
            <w:b/>
            <w:bCs/>
            <w:sz w:val="22"/>
          </w:rPr>
          <w:t>Política de Privacidad y el Registro de Actividades de Tratamiento</w:t>
        </w:r>
      </w:hyperlink>
      <w:r w:rsidRPr="003D4488">
        <w:rPr>
          <w:rFonts w:ascii="Arial" w:hAnsi="Arial" w:cs="Arial"/>
          <w:sz w:val="22"/>
        </w:rPr>
        <w:t xml:space="preserve"> de la SRP.</w:t>
      </w:r>
    </w:p>
    <w:p w14:paraId="45B5BCB7" w14:textId="17350FF1" w:rsidR="003D4488" w:rsidRPr="003D4488" w:rsidRDefault="003D4488" w:rsidP="003D4488">
      <w:pPr>
        <w:jc w:val="both"/>
        <w:rPr>
          <w:rFonts w:ascii="Arial" w:hAnsi="Arial" w:cs="Arial"/>
          <w:sz w:val="22"/>
          <w:lang w:val="es-ES" w:eastAsia="es-ES"/>
        </w:rPr>
      </w:pPr>
      <w:r w:rsidRPr="003D4488">
        <w:rPr>
          <w:rFonts w:ascii="Arial" w:hAnsi="Arial" w:cs="Arial"/>
          <w:sz w:val="22"/>
        </w:rPr>
        <w:t xml:space="preserve">Al firmar este </w:t>
      </w:r>
      <w:r>
        <w:rPr>
          <w:rFonts w:ascii="Arial" w:hAnsi="Arial" w:cs="Arial"/>
          <w:sz w:val="22"/>
        </w:rPr>
        <w:t>formulario</w:t>
      </w:r>
      <w:r w:rsidR="00944299">
        <w:rPr>
          <w:rFonts w:ascii="Arial" w:hAnsi="Arial" w:cs="Arial"/>
          <w:sz w:val="22"/>
        </w:rPr>
        <w:t xml:space="preserve"> ace</w:t>
      </w:r>
      <w:r w:rsidRPr="003D4488">
        <w:rPr>
          <w:rFonts w:ascii="Arial" w:hAnsi="Arial" w:cs="Arial"/>
          <w:sz w:val="22"/>
        </w:rPr>
        <w:t>pta el tratamiento de sus datos</w:t>
      </w:r>
      <w:r>
        <w:rPr>
          <w:rFonts w:ascii="Arial" w:hAnsi="Arial" w:cs="Arial"/>
          <w:sz w:val="22"/>
        </w:rPr>
        <w:t>.</w:t>
      </w:r>
    </w:p>
    <w:p w14:paraId="6C38999E" w14:textId="3F386ED5" w:rsidR="00992801" w:rsidRPr="0052230C" w:rsidRDefault="003D4488" w:rsidP="006407FC">
      <w:pPr>
        <w:pStyle w:val="Ttulo2"/>
        <w:spacing w:before="100" w:beforeAutospacing="1" w:afterAutospacing="1" w:line="240" w:lineRule="auto"/>
        <w:jc w:val="both"/>
        <w:rPr>
          <w:rFonts w:ascii="Arial" w:eastAsia="Times New Roman" w:hAnsi="Arial" w:cs="Arial"/>
          <w:sz w:val="22"/>
          <w:szCs w:val="22"/>
          <w:lang w:val="es-ES" w:eastAsia="es-ES"/>
        </w:rPr>
      </w:pPr>
      <w:r>
        <w:rPr>
          <w:rFonts w:ascii="Arial" w:eastAsia="Calibri" w:hAnsi="Arial" w:cs="Arial"/>
          <w:sz w:val="22"/>
          <w:szCs w:val="22"/>
          <w:lang w:val="es-ES" w:eastAsia="es-ES"/>
        </w:rPr>
        <w:t xml:space="preserve">12. </w:t>
      </w:r>
      <w:r w:rsidR="00992801" w:rsidRPr="0052230C">
        <w:rPr>
          <w:rFonts w:ascii="Arial" w:eastAsia="Calibri" w:hAnsi="Arial" w:cs="Arial"/>
          <w:sz w:val="22"/>
          <w:szCs w:val="22"/>
          <w:lang w:val="es-ES" w:eastAsia="es-ES"/>
        </w:rPr>
        <w:t>Firma</w:t>
      </w:r>
    </w:p>
    <w:p w14:paraId="526A34BD" w14:textId="77777777" w:rsidR="00992801" w:rsidRPr="0052230C" w:rsidRDefault="00992801" w:rsidP="00821240">
      <w:pPr>
        <w:spacing w:before="100" w:beforeAutospacing="1" w:afterAutospacing="1" w:line="240" w:lineRule="auto"/>
        <w:rPr>
          <w:rFonts w:ascii="Arial" w:eastAsia="Times New Roman" w:hAnsi="Arial" w:cs="Arial"/>
          <w:sz w:val="22"/>
          <w:lang w:val="es-ES" w:eastAsia="es-ES"/>
        </w:rPr>
      </w:pPr>
      <w:r w:rsidRPr="0052230C">
        <w:rPr>
          <w:rFonts w:ascii="Arial" w:hAnsi="Arial" w:cs="Arial"/>
          <w:sz w:val="22"/>
          <w:lang w:val="es-ES" w:eastAsia="es-ES"/>
        </w:rPr>
        <w:t>En [●], a [●] de [●] de [●].</w:t>
      </w:r>
    </w:p>
    <w:p w14:paraId="4F7617B1" w14:textId="2FE82761" w:rsidR="00992801" w:rsidRPr="0052230C" w:rsidRDefault="00992801" w:rsidP="00821240">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Firma del solicitante o representante:</w:t>
      </w:r>
      <w:r w:rsidR="00E109BE">
        <w:rPr>
          <w:rFonts w:ascii="Arial" w:hAnsi="Arial" w:cs="Arial"/>
          <w:b/>
          <w:bCs/>
          <w:sz w:val="22"/>
          <w:lang w:val="es-ES" w:eastAsia="es-ES"/>
        </w:rPr>
        <w:t xml:space="preserve"> </w:t>
      </w:r>
      <w:r w:rsidRPr="0052230C">
        <w:rPr>
          <w:rFonts w:ascii="Arial" w:hAnsi="Arial" w:cs="Arial"/>
          <w:sz w:val="22"/>
          <w:lang w:val="es-ES" w:eastAsia="es-ES"/>
        </w:rPr>
        <w:t>[●]</w:t>
      </w:r>
    </w:p>
    <w:p w14:paraId="2A01E2F0" w14:textId="1DA43F83" w:rsidR="00ED35EF" w:rsidRPr="0052230C" w:rsidRDefault="00992801" w:rsidP="006B53B1">
      <w:pPr>
        <w:spacing w:before="100" w:beforeAutospacing="1" w:afterAutospacing="1" w:line="240" w:lineRule="auto"/>
        <w:rPr>
          <w:rFonts w:ascii="Arial" w:hAnsi="Arial" w:cs="Arial"/>
          <w:sz w:val="22"/>
          <w:lang w:val="es-ES"/>
        </w:rPr>
      </w:pPr>
      <w:r w:rsidRPr="0052230C">
        <w:rPr>
          <w:rFonts w:ascii="Arial" w:hAnsi="Arial" w:cs="Arial"/>
          <w:b/>
          <w:bCs/>
          <w:sz w:val="22"/>
          <w:lang w:val="es-ES" w:eastAsia="es-ES"/>
        </w:rPr>
        <w:t>Nombre y cargo:</w:t>
      </w:r>
      <w:r w:rsidR="00E109BE">
        <w:rPr>
          <w:rFonts w:ascii="Arial" w:hAnsi="Arial" w:cs="Arial"/>
          <w:b/>
          <w:bCs/>
          <w:sz w:val="22"/>
          <w:lang w:val="es-ES" w:eastAsia="es-ES"/>
        </w:rPr>
        <w:t xml:space="preserve"> </w:t>
      </w:r>
      <w:r w:rsidRPr="0052230C">
        <w:rPr>
          <w:rFonts w:ascii="Arial" w:hAnsi="Arial" w:cs="Arial"/>
          <w:sz w:val="22"/>
          <w:lang w:val="es-ES" w:eastAsia="es-ES"/>
        </w:rPr>
        <w:t>[●]</w:t>
      </w:r>
    </w:p>
    <w:sectPr w:rsidR="00ED35EF" w:rsidRPr="0052230C" w:rsidSect="009117F0">
      <w:headerReference w:type="default" r:id="rId13"/>
      <w:footerReference w:type="default" r:id="rId14"/>
      <w:pgSz w:w="12240" w:h="15840"/>
      <w:pgMar w:top="1701" w:right="1134" w:bottom="113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BEF5D" w14:textId="77777777" w:rsidR="00936716" w:rsidRDefault="00936716" w:rsidP="006407FC">
      <w:pPr>
        <w:spacing w:after="0" w:line="240" w:lineRule="auto"/>
      </w:pPr>
      <w:r>
        <w:separator/>
      </w:r>
    </w:p>
  </w:endnote>
  <w:endnote w:type="continuationSeparator" w:id="0">
    <w:p w14:paraId="3F1FC24A" w14:textId="77777777" w:rsidR="00936716" w:rsidRDefault="00936716" w:rsidP="00640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324525"/>
      <w:docPartObj>
        <w:docPartGallery w:val="Page Numbers (Bottom of Page)"/>
        <w:docPartUnique/>
      </w:docPartObj>
    </w:sdtPr>
    <w:sdtEndPr/>
    <w:sdtContent>
      <w:p w14:paraId="11A2681E" w14:textId="66662661" w:rsidR="00D85D1E" w:rsidRDefault="00D85D1E">
        <w:pPr>
          <w:pStyle w:val="Piedepgina"/>
          <w:jc w:val="right"/>
        </w:pPr>
        <w:r>
          <w:fldChar w:fldCharType="begin"/>
        </w:r>
        <w:r>
          <w:instrText>PAGE   \* MERGEFORMAT</w:instrText>
        </w:r>
        <w:r>
          <w:fldChar w:fldCharType="separate"/>
        </w:r>
        <w:r>
          <w:rPr>
            <w:lang w:val="es-ES"/>
          </w:rPr>
          <w:t>2</w:t>
        </w:r>
        <w:r>
          <w:fldChar w:fldCharType="end"/>
        </w:r>
      </w:p>
    </w:sdtContent>
  </w:sdt>
  <w:p w14:paraId="14BE7C80" w14:textId="77777777" w:rsidR="00D85D1E" w:rsidRDefault="00D85D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27EB9" w14:textId="77777777" w:rsidR="00936716" w:rsidRDefault="00936716" w:rsidP="006407FC">
      <w:pPr>
        <w:spacing w:after="0" w:line="240" w:lineRule="auto"/>
      </w:pPr>
      <w:r>
        <w:separator/>
      </w:r>
    </w:p>
  </w:footnote>
  <w:footnote w:type="continuationSeparator" w:id="0">
    <w:p w14:paraId="433C0AB7" w14:textId="77777777" w:rsidR="00936716" w:rsidRDefault="00936716" w:rsidP="006407FC">
      <w:pPr>
        <w:spacing w:after="0" w:line="240" w:lineRule="auto"/>
      </w:pPr>
      <w:r>
        <w:continuationSeparator/>
      </w:r>
    </w:p>
  </w:footnote>
  <w:footnote w:id="1">
    <w:p w14:paraId="06D616F1" w14:textId="7FA4CA5A" w:rsidR="0056226A" w:rsidRPr="0056226A" w:rsidRDefault="0056226A">
      <w:pPr>
        <w:pStyle w:val="Textonotapie"/>
        <w:rPr>
          <w:lang w:val="es-ES"/>
        </w:rPr>
      </w:pPr>
      <w:r>
        <w:rPr>
          <w:rStyle w:val="Refdenotaalpie"/>
        </w:rPr>
        <w:footnoteRef/>
      </w:r>
      <w:r>
        <w:t xml:space="preserve"> Es </w:t>
      </w:r>
      <w:r w:rsidRPr="0056226A">
        <w:t>obligatoria la creación de 5 empleos para grandes empresas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3639"/>
      <w:gridCol w:w="1274"/>
    </w:tblGrid>
    <w:tr w:rsidR="009117F0" w14:paraId="7694CFE0" w14:textId="77777777" w:rsidTr="00884772">
      <w:tc>
        <w:tcPr>
          <w:tcW w:w="4248" w:type="dxa"/>
        </w:tcPr>
        <w:p w14:paraId="6CBB96CA" w14:textId="77777777" w:rsidR="009117F0" w:rsidRDefault="009117F0" w:rsidP="009117F0">
          <w:pPr>
            <w:pStyle w:val="Encabezado"/>
          </w:pPr>
          <w:r>
            <w:rPr>
              <w:noProof/>
            </w:rPr>
            <w:drawing>
              <wp:inline distT="0" distB="0" distL="0" distR="0" wp14:anchorId="45F7B79D" wp14:editId="4B4BE9F6">
                <wp:extent cx="3075709" cy="533400"/>
                <wp:effectExtent l="0" t="0" r="0" b="0"/>
                <wp:docPr id="869582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82570" name="Imagen 869582570"/>
                        <pic:cNvPicPr/>
                      </pic:nvPicPr>
                      <pic:blipFill rotWithShape="1">
                        <a:blip r:embed="rId1"/>
                        <a:srcRect r="26445"/>
                        <a:stretch>
                          <a:fillRect/>
                        </a:stretch>
                      </pic:blipFill>
                      <pic:spPr bwMode="auto">
                        <a:xfrm>
                          <a:off x="0" y="0"/>
                          <a:ext cx="3076139" cy="533474"/>
                        </a:xfrm>
                        <a:prstGeom prst="rect">
                          <a:avLst/>
                        </a:prstGeom>
                        <a:ln>
                          <a:noFill/>
                        </a:ln>
                        <a:extLst>
                          <a:ext uri="{53640926-AAD7-44D8-BBD7-CCE9431645EC}">
                            <a14:shadowObscured xmlns:a14="http://schemas.microsoft.com/office/drawing/2010/main"/>
                          </a:ext>
                        </a:extLst>
                      </pic:spPr>
                    </pic:pic>
                  </a:graphicData>
                </a:graphic>
              </wp:inline>
            </w:drawing>
          </w:r>
        </w:p>
      </w:tc>
      <w:tc>
        <w:tcPr>
          <w:tcW w:w="3863" w:type="dxa"/>
        </w:tcPr>
        <w:p w14:paraId="7394B439" w14:textId="77777777" w:rsidR="009117F0" w:rsidRDefault="009117F0" w:rsidP="009117F0">
          <w:pPr>
            <w:pStyle w:val="Encabezado"/>
            <w:jc w:val="center"/>
          </w:pPr>
          <w:r>
            <w:rPr>
              <w:noProof/>
            </w:rPr>
            <w:drawing>
              <wp:inline distT="0" distB="0" distL="0" distR="0" wp14:anchorId="3A5B59BC" wp14:editId="5D8E5331">
                <wp:extent cx="1610577" cy="537772"/>
                <wp:effectExtent l="0" t="0" r="0" b="0"/>
                <wp:docPr id="455634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3429" name="Imagen 45563429"/>
                        <pic:cNvPicPr/>
                      </pic:nvPicPr>
                      <pic:blipFill>
                        <a:blip r:embed="rId2"/>
                        <a:stretch>
                          <a:fillRect/>
                        </a:stretch>
                      </pic:blipFill>
                      <pic:spPr>
                        <a:xfrm>
                          <a:off x="0" y="0"/>
                          <a:ext cx="1640821" cy="547871"/>
                        </a:xfrm>
                        <a:prstGeom prst="rect">
                          <a:avLst/>
                        </a:prstGeom>
                      </pic:spPr>
                    </pic:pic>
                  </a:graphicData>
                </a:graphic>
              </wp:inline>
            </w:drawing>
          </w:r>
        </w:p>
      </w:tc>
      <w:tc>
        <w:tcPr>
          <w:tcW w:w="1283" w:type="dxa"/>
        </w:tcPr>
        <w:p w14:paraId="2AD2DDD4" w14:textId="77777777" w:rsidR="009117F0" w:rsidRDefault="009117F0" w:rsidP="009117F0">
          <w:pPr>
            <w:pStyle w:val="Encabezado"/>
            <w:spacing w:before="180"/>
            <w:jc w:val="center"/>
          </w:pPr>
          <w:r>
            <w:rPr>
              <w:noProof/>
            </w:rPr>
            <w:drawing>
              <wp:inline distT="0" distB="0" distL="0" distR="0" wp14:anchorId="381A6D19" wp14:editId="68D819F1">
                <wp:extent cx="644525" cy="299646"/>
                <wp:effectExtent l="0" t="0" r="3175" b="5715"/>
                <wp:docPr id="11951005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00538" name="Imagen 1195100538"/>
                        <pic:cNvPicPr/>
                      </pic:nvPicPr>
                      <pic:blipFill>
                        <a:blip r:embed="rId3"/>
                        <a:stretch>
                          <a:fillRect/>
                        </a:stretch>
                      </pic:blipFill>
                      <pic:spPr>
                        <a:xfrm>
                          <a:off x="0" y="0"/>
                          <a:ext cx="662196" cy="307861"/>
                        </a:xfrm>
                        <a:prstGeom prst="rect">
                          <a:avLst/>
                        </a:prstGeom>
                      </pic:spPr>
                    </pic:pic>
                  </a:graphicData>
                </a:graphic>
              </wp:inline>
            </w:drawing>
          </w:r>
        </w:p>
      </w:tc>
    </w:tr>
  </w:tbl>
  <w:p w14:paraId="3C8BDCA5" w14:textId="547CC868" w:rsidR="006407FC" w:rsidRDefault="006407FC" w:rsidP="006407FC">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3AD2DD1A"/>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7E33AD5"/>
    <w:multiLevelType w:val="multilevel"/>
    <w:tmpl w:val="7F2E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E8785E"/>
    <w:multiLevelType w:val="hybridMultilevel"/>
    <w:tmpl w:val="9B3E3D9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8E1B7F"/>
    <w:multiLevelType w:val="hybridMultilevel"/>
    <w:tmpl w:val="A80C64B8"/>
    <w:lvl w:ilvl="0" w:tplc="CA2A3EC6">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C7812AC"/>
    <w:multiLevelType w:val="multilevel"/>
    <w:tmpl w:val="FBEC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3B2BC6"/>
    <w:multiLevelType w:val="hybridMultilevel"/>
    <w:tmpl w:val="042A2E4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3F855E5"/>
    <w:multiLevelType w:val="multilevel"/>
    <w:tmpl w:val="1290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790E24"/>
    <w:multiLevelType w:val="multilevel"/>
    <w:tmpl w:val="6A269750"/>
    <w:lvl w:ilvl="0">
      <w:start w:val="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18191B78"/>
    <w:multiLevelType w:val="hybridMultilevel"/>
    <w:tmpl w:val="0FE4D8F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2E141B"/>
    <w:multiLevelType w:val="multilevel"/>
    <w:tmpl w:val="1D3A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6D65D4"/>
    <w:multiLevelType w:val="hybridMultilevel"/>
    <w:tmpl w:val="78C23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A443A4D"/>
    <w:multiLevelType w:val="multilevel"/>
    <w:tmpl w:val="977E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3B14D2"/>
    <w:multiLevelType w:val="multilevel"/>
    <w:tmpl w:val="BF8027D6"/>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CE74CD"/>
    <w:multiLevelType w:val="hybridMultilevel"/>
    <w:tmpl w:val="65C6E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6964D47"/>
    <w:multiLevelType w:val="multilevel"/>
    <w:tmpl w:val="E2CE9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3949E2"/>
    <w:multiLevelType w:val="multilevel"/>
    <w:tmpl w:val="64F45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661210"/>
    <w:multiLevelType w:val="hybridMultilevel"/>
    <w:tmpl w:val="26C4B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7A570B2"/>
    <w:multiLevelType w:val="multilevel"/>
    <w:tmpl w:val="4AA8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1D26EB"/>
    <w:multiLevelType w:val="multilevel"/>
    <w:tmpl w:val="486E306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080" w:firstLine="0"/>
      </w:pPr>
      <w:rPr>
        <w:rFonts w:eastAsia="Calibri"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5F3E90"/>
    <w:multiLevelType w:val="multilevel"/>
    <w:tmpl w:val="CD62E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C762C6"/>
    <w:multiLevelType w:val="multilevel"/>
    <w:tmpl w:val="00EE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FF6E1E"/>
    <w:multiLevelType w:val="hybridMultilevel"/>
    <w:tmpl w:val="72ACAFB2"/>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3F559C3"/>
    <w:multiLevelType w:val="hybridMultilevel"/>
    <w:tmpl w:val="9DA8A3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5576DA4"/>
    <w:multiLevelType w:val="hybridMultilevel"/>
    <w:tmpl w:val="19E4A8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7315F5A"/>
    <w:multiLevelType w:val="multilevel"/>
    <w:tmpl w:val="95DA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9D1C88"/>
    <w:multiLevelType w:val="hybridMultilevel"/>
    <w:tmpl w:val="96EC4C1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1" w15:restartNumberingAfterBreak="0">
    <w:nsid w:val="4B967D0C"/>
    <w:multiLevelType w:val="multilevel"/>
    <w:tmpl w:val="0B74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A60FE7"/>
    <w:multiLevelType w:val="multilevel"/>
    <w:tmpl w:val="ACAA79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val="0"/>
        <w:color w:val="auto"/>
      </w:rPr>
    </w:lvl>
    <w:lvl w:ilvl="2">
      <w:start w:val="1"/>
      <w:numFmt w:val="lowerLetter"/>
      <w:lvlText w:val="%3)"/>
      <w:lvlJc w:val="left"/>
      <w:pPr>
        <w:ind w:left="2160" w:hanging="360"/>
      </w:pPr>
      <w:rPr>
        <w:rFonts w:eastAsia="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312963"/>
    <w:multiLevelType w:val="multilevel"/>
    <w:tmpl w:val="FECA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726B8D"/>
    <w:multiLevelType w:val="multilevel"/>
    <w:tmpl w:val="ABE06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56545"/>
    <w:multiLevelType w:val="multilevel"/>
    <w:tmpl w:val="A21E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CB230D"/>
    <w:multiLevelType w:val="hybridMultilevel"/>
    <w:tmpl w:val="A9A8348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2466E23"/>
    <w:multiLevelType w:val="multilevel"/>
    <w:tmpl w:val="1FCE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6D49C7"/>
    <w:multiLevelType w:val="hybridMultilevel"/>
    <w:tmpl w:val="2E42281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6504ACA"/>
    <w:multiLevelType w:val="multilevel"/>
    <w:tmpl w:val="04F46774"/>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A958A9"/>
    <w:multiLevelType w:val="hybridMultilevel"/>
    <w:tmpl w:val="10666A1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C7A4D5A"/>
    <w:multiLevelType w:val="hybridMultilevel"/>
    <w:tmpl w:val="9B3E3D9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D0D6711"/>
    <w:multiLevelType w:val="hybridMultilevel"/>
    <w:tmpl w:val="ABBA8454"/>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30721B"/>
    <w:multiLevelType w:val="multilevel"/>
    <w:tmpl w:val="AE10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C11B42"/>
    <w:multiLevelType w:val="multilevel"/>
    <w:tmpl w:val="DABE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332C7F"/>
    <w:multiLevelType w:val="hybridMultilevel"/>
    <w:tmpl w:val="9042B84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6" w15:restartNumberingAfterBreak="0">
    <w:nsid w:val="7CD95E76"/>
    <w:multiLevelType w:val="multilevel"/>
    <w:tmpl w:val="4598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C02EFC"/>
    <w:multiLevelType w:val="hybridMultilevel"/>
    <w:tmpl w:val="91747FD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996686411">
    <w:abstractNumId w:val="5"/>
  </w:num>
  <w:num w:numId="2" w16cid:durableId="1557275885">
    <w:abstractNumId w:val="3"/>
  </w:num>
  <w:num w:numId="3" w16cid:durableId="54937191">
    <w:abstractNumId w:val="2"/>
  </w:num>
  <w:num w:numId="4" w16cid:durableId="950622783">
    <w:abstractNumId w:val="4"/>
  </w:num>
  <w:num w:numId="5" w16cid:durableId="2016882037">
    <w:abstractNumId w:val="1"/>
  </w:num>
  <w:num w:numId="6" w16cid:durableId="127745049">
    <w:abstractNumId w:val="0"/>
  </w:num>
  <w:num w:numId="7" w16cid:durableId="1698655515">
    <w:abstractNumId w:val="22"/>
  </w:num>
  <w:num w:numId="8" w16cid:durableId="961568658">
    <w:abstractNumId w:val="6"/>
  </w:num>
  <w:num w:numId="9" w16cid:durableId="72243998">
    <w:abstractNumId w:val="8"/>
  </w:num>
  <w:num w:numId="10" w16cid:durableId="96096007">
    <w:abstractNumId w:val="39"/>
  </w:num>
  <w:num w:numId="11" w16cid:durableId="2079358923">
    <w:abstractNumId w:val="11"/>
  </w:num>
  <w:num w:numId="12" w16cid:durableId="768308098">
    <w:abstractNumId w:val="14"/>
  </w:num>
  <w:num w:numId="13" w16cid:durableId="1458257106">
    <w:abstractNumId w:val="19"/>
  </w:num>
  <w:num w:numId="14" w16cid:durableId="1945458423">
    <w:abstractNumId w:val="9"/>
  </w:num>
  <w:num w:numId="15" w16cid:durableId="588124869">
    <w:abstractNumId w:val="16"/>
  </w:num>
  <w:num w:numId="16" w16cid:durableId="1761487087">
    <w:abstractNumId w:val="31"/>
  </w:num>
  <w:num w:numId="17" w16cid:durableId="1558198715">
    <w:abstractNumId w:val="34"/>
  </w:num>
  <w:num w:numId="18" w16cid:durableId="919674356">
    <w:abstractNumId w:val="24"/>
  </w:num>
  <w:num w:numId="19" w16cid:durableId="1224370622">
    <w:abstractNumId w:val="33"/>
  </w:num>
  <w:num w:numId="20" w16cid:durableId="610287849">
    <w:abstractNumId w:val="25"/>
  </w:num>
  <w:num w:numId="21" w16cid:durableId="1009407460">
    <w:abstractNumId w:val="37"/>
  </w:num>
  <w:num w:numId="22" w16cid:durableId="1242836052">
    <w:abstractNumId w:val="23"/>
  </w:num>
  <w:num w:numId="23" w16cid:durableId="1632831721">
    <w:abstractNumId w:val="32"/>
  </w:num>
  <w:num w:numId="24" w16cid:durableId="1670791124">
    <w:abstractNumId w:val="46"/>
  </w:num>
  <w:num w:numId="25" w16cid:durableId="150220657">
    <w:abstractNumId w:val="44"/>
  </w:num>
  <w:num w:numId="26" w16cid:durableId="1182744148">
    <w:abstractNumId w:val="29"/>
  </w:num>
  <w:num w:numId="27" w16cid:durableId="1679768345">
    <w:abstractNumId w:val="35"/>
  </w:num>
  <w:num w:numId="28" w16cid:durableId="1110397851">
    <w:abstractNumId w:val="43"/>
  </w:num>
  <w:num w:numId="29" w16cid:durableId="1672951009">
    <w:abstractNumId w:val="20"/>
  </w:num>
  <w:num w:numId="30" w16cid:durableId="1940602435">
    <w:abstractNumId w:val="28"/>
  </w:num>
  <w:num w:numId="31" w16cid:durableId="1291008675">
    <w:abstractNumId w:val="21"/>
  </w:num>
  <w:num w:numId="32" w16cid:durableId="2069256878">
    <w:abstractNumId w:val="10"/>
  </w:num>
  <w:num w:numId="33" w16cid:durableId="1326125672">
    <w:abstractNumId w:val="38"/>
  </w:num>
  <w:num w:numId="34" w16cid:durableId="1912621342">
    <w:abstractNumId w:val="26"/>
  </w:num>
  <w:num w:numId="35" w16cid:durableId="1674719777">
    <w:abstractNumId w:val="40"/>
  </w:num>
  <w:num w:numId="36" w16cid:durableId="1770008616">
    <w:abstractNumId w:val="13"/>
  </w:num>
  <w:num w:numId="37" w16cid:durableId="231235972">
    <w:abstractNumId w:val="36"/>
  </w:num>
  <w:num w:numId="38" w16cid:durableId="1712413560">
    <w:abstractNumId w:val="17"/>
  </w:num>
  <w:num w:numId="39" w16cid:durableId="1266958983">
    <w:abstractNumId w:val="41"/>
  </w:num>
  <w:num w:numId="40" w16cid:durableId="1891384743">
    <w:abstractNumId w:val="7"/>
  </w:num>
  <w:num w:numId="41" w16cid:durableId="1269585253">
    <w:abstractNumId w:val="27"/>
  </w:num>
  <w:num w:numId="42" w16cid:durableId="955450131">
    <w:abstractNumId w:val="18"/>
  </w:num>
  <w:num w:numId="43" w16cid:durableId="1156409311">
    <w:abstractNumId w:val="15"/>
  </w:num>
  <w:num w:numId="44" w16cid:durableId="1620647981">
    <w:abstractNumId w:val="12"/>
  </w:num>
  <w:num w:numId="45" w16cid:durableId="913969831">
    <w:abstractNumId w:val="42"/>
  </w:num>
  <w:num w:numId="46" w16cid:durableId="1603955325">
    <w:abstractNumId w:val="47"/>
  </w:num>
  <w:num w:numId="47" w16cid:durableId="1582134452">
    <w:abstractNumId w:val="45"/>
  </w:num>
  <w:num w:numId="48" w16cid:durableId="254637268">
    <w:abstractNumId w:val="3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1EC"/>
    <w:rsid w:val="00001A77"/>
    <w:rsid w:val="00003B93"/>
    <w:rsid w:val="00003E8E"/>
    <w:rsid w:val="00003F80"/>
    <w:rsid w:val="00005B07"/>
    <w:rsid w:val="00006042"/>
    <w:rsid w:val="00014A76"/>
    <w:rsid w:val="00014B59"/>
    <w:rsid w:val="00015004"/>
    <w:rsid w:val="0001623F"/>
    <w:rsid w:val="000217B7"/>
    <w:rsid w:val="00022EBA"/>
    <w:rsid w:val="00031C41"/>
    <w:rsid w:val="000332F2"/>
    <w:rsid w:val="00034616"/>
    <w:rsid w:val="000348D1"/>
    <w:rsid w:val="000406EA"/>
    <w:rsid w:val="00040A7E"/>
    <w:rsid w:val="00042B6D"/>
    <w:rsid w:val="000468D4"/>
    <w:rsid w:val="0004690F"/>
    <w:rsid w:val="00047DCA"/>
    <w:rsid w:val="00051226"/>
    <w:rsid w:val="00053C76"/>
    <w:rsid w:val="00056BC4"/>
    <w:rsid w:val="0006063C"/>
    <w:rsid w:val="0006080D"/>
    <w:rsid w:val="000616CA"/>
    <w:rsid w:val="00061BD0"/>
    <w:rsid w:val="00062EA3"/>
    <w:rsid w:val="0007126C"/>
    <w:rsid w:val="00071393"/>
    <w:rsid w:val="00071395"/>
    <w:rsid w:val="000728B2"/>
    <w:rsid w:val="00072F5D"/>
    <w:rsid w:val="00073722"/>
    <w:rsid w:val="00080092"/>
    <w:rsid w:val="000809A3"/>
    <w:rsid w:val="00081C1E"/>
    <w:rsid w:val="00081FD0"/>
    <w:rsid w:val="00083160"/>
    <w:rsid w:val="00083A5D"/>
    <w:rsid w:val="0008411D"/>
    <w:rsid w:val="00084D8E"/>
    <w:rsid w:val="0008581A"/>
    <w:rsid w:val="00094197"/>
    <w:rsid w:val="0009498C"/>
    <w:rsid w:val="00095B1A"/>
    <w:rsid w:val="00095D13"/>
    <w:rsid w:val="00095FCF"/>
    <w:rsid w:val="000979C9"/>
    <w:rsid w:val="000A029A"/>
    <w:rsid w:val="000A09FE"/>
    <w:rsid w:val="000A1851"/>
    <w:rsid w:val="000A1DFD"/>
    <w:rsid w:val="000A201F"/>
    <w:rsid w:val="000A23EF"/>
    <w:rsid w:val="000A6F7F"/>
    <w:rsid w:val="000B24E8"/>
    <w:rsid w:val="000B3917"/>
    <w:rsid w:val="000B4B0D"/>
    <w:rsid w:val="000B5576"/>
    <w:rsid w:val="000B5F48"/>
    <w:rsid w:val="000B6EB2"/>
    <w:rsid w:val="000B71A5"/>
    <w:rsid w:val="000C12AA"/>
    <w:rsid w:val="000C5FCA"/>
    <w:rsid w:val="000C6191"/>
    <w:rsid w:val="000C74D2"/>
    <w:rsid w:val="000D05DB"/>
    <w:rsid w:val="000D315E"/>
    <w:rsid w:val="000D31FB"/>
    <w:rsid w:val="000D438E"/>
    <w:rsid w:val="000D446E"/>
    <w:rsid w:val="000D51ED"/>
    <w:rsid w:val="000D5B0B"/>
    <w:rsid w:val="000D79EB"/>
    <w:rsid w:val="000E3F80"/>
    <w:rsid w:val="000E4DEE"/>
    <w:rsid w:val="000E5720"/>
    <w:rsid w:val="000E57D6"/>
    <w:rsid w:val="000E5E8E"/>
    <w:rsid w:val="000F33FD"/>
    <w:rsid w:val="000F4F37"/>
    <w:rsid w:val="001019EF"/>
    <w:rsid w:val="00101BBF"/>
    <w:rsid w:val="00105257"/>
    <w:rsid w:val="0010572C"/>
    <w:rsid w:val="0011192E"/>
    <w:rsid w:val="00112638"/>
    <w:rsid w:val="0011545E"/>
    <w:rsid w:val="00116C5E"/>
    <w:rsid w:val="0011704F"/>
    <w:rsid w:val="00117532"/>
    <w:rsid w:val="001206F2"/>
    <w:rsid w:val="00120BE3"/>
    <w:rsid w:val="00123300"/>
    <w:rsid w:val="0012448E"/>
    <w:rsid w:val="001300B0"/>
    <w:rsid w:val="00130FC8"/>
    <w:rsid w:val="00131C78"/>
    <w:rsid w:val="00133442"/>
    <w:rsid w:val="0013364B"/>
    <w:rsid w:val="00137618"/>
    <w:rsid w:val="00137CD8"/>
    <w:rsid w:val="001404D7"/>
    <w:rsid w:val="00140559"/>
    <w:rsid w:val="00141E4C"/>
    <w:rsid w:val="00143AAE"/>
    <w:rsid w:val="00144284"/>
    <w:rsid w:val="00145863"/>
    <w:rsid w:val="001473E3"/>
    <w:rsid w:val="001475B1"/>
    <w:rsid w:val="00147EA5"/>
    <w:rsid w:val="0015074B"/>
    <w:rsid w:val="00151D7F"/>
    <w:rsid w:val="00154793"/>
    <w:rsid w:val="00160230"/>
    <w:rsid w:val="00161281"/>
    <w:rsid w:val="00161B70"/>
    <w:rsid w:val="00163AD7"/>
    <w:rsid w:val="00163C9A"/>
    <w:rsid w:val="00166444"/>
    <w:rsid w:val="0016698F"/>
    <w:rsid w:val="0017309A"/>
    <w:rsid w:val="00173DAA"/>
    <w:rsid w:val="0017435F"/>
    <w:rsid w:val="00180194"/>
    <w:rsid w:val="001805C1"/>
    <w:rsid w:val="001811F9"/>
    <w:rsid w:val="00181DD7"/>
    <w:rsid w:val="00181F7B"/>
    <w:rsid w:val="001835EE"/>
    <w:rsid w:val="00183935"/>
    <w:rsid w:val="00185E1D"/>
    <w:rsid w:val="00187A39"/>
    <w:rsid w:val="00193660"/>
    <w:rsid w:val="001963BB"/>
    <w:rsid w:val="00196BD4"/>
    <w:rsid w:val="00197EE4"/>
    <w:rsid w:val="001A048B"/>
    <w:rsid w:val="001A2EBD"/>
    <w:rsid w:val="001A47B8"/>
    <w:rsid w:val="001A6841"/>
    <w:rsid w:val="001A6FD4"/>
    <w:rsid w:val="001B011A"/>
    <w:rsid w:val="001B0E28"/>
    <w:rsid w:val="001B2422"/>
    <w:rsid w:val="001B3739"/>
    <w:rsid w:val="001B4AE8"/>
    <w:rsid w:val="001B5487"/>
    <w:rsid w:val="001B723A"/>
    <w:rsid w:val="001B76DE"/>
    <w:rsid w:val="001C069B"/>
    <w:rsid w:val="001C4216"/>
    <w:rsid w:val="001C75A9"/>
    <w:rsid w:val="001D0504"/>
    <w:rsid w:val="001D4A7A"/>
    <w:rsid w:val="001D59DC"/>
    <w:rsid w:val="001E0391"/>
    <w:rsid w:val="001E1250"/>
    <w:rsid w:val="001E1940"/>
    <w:rsid w:val="001E54D3"/>
    <w:rsid w:val="001F1B49"/>
    <w:rsid w:val="001F6EC9"/>
    <w:rsid w:val="001F7474"/>
    <w:rsid w:val="00200A0D"/>
    <w:rsid w:val="002022BD"/>
    <w:rsid w:val="002029F9"/>
    <w:rsid w:val="002030FC"/>
    <w:rsid w:val="002032CE"/>
    <w:rsid w:val="00203C15"/>
    <w:rsid w:val="00205A37"/>
    <w:rsid w:val="00205DEE"/>
    <w:rsid w:val="00206C92"/>
    <w:rsid w:val="002102DF"/>
    <w:rsid w:val="00212A61"/>
    <w:rsid w:val="00213E8F"/>
    <w:rsid w:val="002163CA"/>
    <w:rsid w:val="00216AFF"/>
    <w:rsid w:val="002171CF"/>
    <w:rsid w:val="002202E2"/>
    <w:rsid w:val="002223DB"/>
    <w:rsid w:val="00224FAE"/>
    <w:rsid w:val="002250D8"/>
    <w:rsid w:val="002265E3"/>
    <w:rsid w:val="00227449"/>
    <w:rsid w:val="002303BE"/>
    <w:rsid w:val="002309D6"/>
    <w:rsid w:val="00230C10"/>
    <w:rsid w:val="0023265D"/>
    <w:rsid w:val="00233769"/>
    <w:rsid w:val="00233DC5"/>
    <w:rsid w:val="00234047"/>
    <w:rsid w:val="002348D7"/>
    <w:rsid w:val="00237283"/>
    <w:rsid w:val="00241457"/>
    <w:rsid w:val="002418FB"/>
    <w:rsid w:val="00243A92"/>
    <w:rsid w:val="00243C48"/>
    <w:rsid w:val="00243E5C"/>
    <w:rsid w:val="002448A9"/>
    <w:rsid w:val="00245DDD"/>
    <w:rsid w:val="00245EAD"/>
    <w:rsid w:val="002473D9"/>
    <w:rsid w:val="002476FA"/>
    <w:rsid w:val="002511E4"/>
    <w:rsid w:val="00251E17"/>
    <w:rsid w:val="002528FB"/>
    <w:rsid w:val="002554C6"/>
    <w:rsid w:val="0025746E"/>
    <w:rsid w:val="0026084C"/>
    <w:rsid w:val="00261B25"/>
    <w:rsid w:val="00262D92"/>
    <w:rsid w:val="002639A5"/>
    <w:rsid w:val="002654D8"/>
    <w:rsid w:val="002656E2"/>
    <w:rsid w:val="00265837"/>
    <w:rsid w:val="00266104"/>
    <w:rsid w:val="00266DA2"/>
    <w:rsid w:val="00267DC0"/>
    <w:rsid w:val="00271C04"/>
    <w:rsid w:val="00272702"/>
    <w:rsid w:val="00273FD0"/>
    <w:rsid w:val="00274991"/>
    <w:rsid w:val="002761CA"/>
    <w:rsid w:val="0027783D"/>
    <w:rsid w:val="0028127D"/>
    <w:rsid w:val="0028462E"/>
    <w:rsid w:val="00284C4A"/>
    <w:rsid w:val="00284ED9"/>
    <w:rsid w:val="002862D4"/>
    <w:rsid w:val="00290FB9"/>
    <w:rsid w:val="00290FC2"/>
    <w:rsid w:val="002920B0"/>
    <w:rsid w:val="0029219B"/>
    <w:rsid w:val="0029374D"/>
    <w:rsid w:val="00293771"/>
    <w:rsid w:val="0029639D"/>
    <w:rsid w:val="00296B2A"/>
    <w:rsid w:val="00296CD5"/>
    <w:rsid w:val="002A04FA"/>
    <w:rsid w:val="002A11FE"/>
    <w:rsid w:val="002A1EE9"/>
    <w:rsid w:val="002A51F6"/>
    <w:rsid w:val="002A75C9"/>
    <w:rsid w:val="002A7D35"/>
    <w:rsid w:val="002B004A"/>
    <w:rsid w:val="002B038F"/>
    <w:rsid w:val="002B155B"/>
    <w:rsid w:val="002B27B3"/>
    <w:rsid w:val="002B448D"/>
    <w:rsid w:val="002B456F"/>
    <w:rsid w:val="002B7C09"/>
    <w:rsid w:val="002C0590"/>
    <w:rsid w:val="002C246D"/>
    <w:rsid w:val="002C3E84"/>
    <w:rsid w:val="002D6851"/>
    <w:rsid w:val="002D7CE7"/>
    <w:rsid w:val="002E0E1F"/>
    <w:rsid w:val="002E7996"/>
    <w:rsid w:val="002F106F"/>
    <w:rsid w:val="002F1122"/>
    <w:rsid w:val="002F4737"/>
    <w:rsid w:val="002F4CBF"/>
    <w:rsid w:val="002F5119"/>
    <w:rsid w:val="002F5D29"/>
    <w:rsid w:val="003010B9"/>
    <w:rsid w:val="00305967"/>
    <w:rsid w:val="0030635F"/>
    <w:rsid w:val="00306C13"/>
    <w:rsid w:val="00306D2E"/>
    <w:rsid w:val="00307617"/>
    <w:rsid w:val="00310411"/>
    <w:rsid w:val="00310D1A"/>
    <w:rsid w:val="003112EC"/>
    <w:rsid w:val="00311D4A"/>
    <w:rsid w:val="003154DF"/>
    <w:rsid w:val="0031634D"/>
    <w:rsid w:val="00321DD4"/>
    <w:rsid w:val="00322020"/>
    <w:rsid w:val="00322079"/>
    <w:rsid w:val="00322E18"/>
    <w:rsid w:val="00323D5F"/>
    <w:rsid w:val="00326F63"/>
    <w:rsid w:val="00326F90"/>
    <w:rsid w:val="003270D7"/>
    <w:rsid w:val="00327112"/>
    <w:rsid w:val="00331F79"/>
    <w:rsid w:val="003421AD"/>
    <w:rsid w:val="00343A00"/>
    <w:rsid w:val="00344FDE"/>
    <w:rsid w:val="0034610E"/>
    <w:rsid w:val="00346DB4"/>
    <w:rsid w:val="003479E3"/>
    <w:rsid w:val="003506D2"/>
    <w:rsid w:val="003509DE"/>
    <w:rsid w:val="00355FAC"/>
    <w:rsid w:val="00356B25"/>
    <w:rsid w:val="00356F34"/>
    <w:rsid w:val="00357C03"/>
    <w:rsid w:val="00357C49"/>
    <w:rsid w:val="003615A6"/>
    <w:rsid w:val="00362859"/>
    <w:rsid w:val="0037052B"/>
    <w:rsid w:val="003714F4"/>
    <w:rsid w:val="00372C96"/>
    <w:rsid w:val="003730A1"/>
    <w:rsid w:val="003733EC"/>
    <w:rsid w:val="0037461A"/>
    <w:rsid w:val="00374A25"/>
    <w:rsid w:val="003752C6"/>
    <w:rsid w:val="003757D4"/>
    <w:rsid w:val="0038185E"/>
    <w:rsid w:val="00381B3C"/>
    <w:rsid w:val="00386C6A"/>
    <w:rsid w:val="00387F9B"/>
    <w:rsid w:val="003940E2"/>
    <w:rsid w:val="0039581D"/>
    <w:rsid w:val="00395F7C"/>
    <w:rsid w:val="00396A25"/>
    <w:rsid w:val="00396D34"/>
    <w:rsid w:val="003A1F83"/>
    <w:rsid w:val="003A28BB"/>
    <w:rsid w:val="003B0D8A"/>
    <w:rsid w:val="003B2154"/>
    <w:rsid w:val="003B2897"/>
    <w:rsid w:val="003B5D5D"/>
    <w:rsid w:val="003B6FF1"/>
    <w:rsid w:val="003C01D4"/>
    <w:rsid w:val="003C4110"/>
    <w:rsid w:val="003C5100"/>
    <w:rsid w:val="003D05F7"/>
    <w:rsid w:val="003D1676"/>
    <w:rsid w:val="003D2E34"/>
    <w:rsid w:val="003D3CE2"/>
    <w:rsid w:val="003D4116"/>
    <w:rsid w:val="003D4488"/>
    <w:rsid w:val="003D55CF"/>
    <w:rsid w:val="003D793D"/>
    <w:rsid w:val="003E1729"/>
    <w:rsid w:val="003F2204"/>
    <w:rsid w:val="003F3244"/>
    <w:rsid w:val="003F3807"/>
    <w:rsid w:val="003F423F"/>
    <w:rsid w:val="003F589D"/>
    <w:rsid w:val="003F5C3D"/>
    <w:rsid w:val="003F7BC7"/>
    <w:rsid w:val="00402626"/>
    <w:rsid w:val="00402B07"/>
    <w:rsid w:val="0040361A"/>
    <w:rsid w:val="00404ADD"/>
    <w:rsid w:val="00404B54"/>
    <w:rsid w:val="00405018"/>
    <w:rsid w:val="004072A1"/>
    <w:rsid w:val="004110AA"/>
    <w:rsid w:val="00412348"/>
    <w:rsid w:val="00412BA4"/>
    <w:rsid w:val="00412E41"/>
    <w:rsid w:val="0042124C"/>
    <w:rsid w:val="0042190D"/>
    <w:rsid w:val="00422BDA"/>
    <w:rsid w:val="004257F2"/>
    <w:rsid w:val="0043063A"/>
    <w:rsid w:val="00433237"/>
    <w:rsid w:val="004344E6"/>
    <w:rsid w:val="004344F5"/>
    <w:rsid w:val="00437FC4"/>
    <w:rsid w:val="00441BA9"/>
    <w:rsid w:val="0044356B"/>
    <w:rsid w:val="004437F5"/>
    <w:rsid w:val="0044393A"/>
    <w:rsid w:val="00443CA3"/>
    <w:rsid w:val="00454229"/>
    <w:rsid w:val="0045459B"/>
    <w:rsid w:val="0045566A"/>
    <w:rsid w:val="00455A49"/>
    <w:rsid w:val="004565B7"/>
    <w:rsid w:val="004608A5"/>
    <w:rsid w:val="0046385F"/>
    <w:rsid w:val="00463A68"/>
    <w:rsid w:val="00463C87"/>
    <w:rsid w:val="00463E36"/>
    <w:rsid w:val="00464F0B"/>
    <w:rsid w:val="004656A2"/>
    <w:rsid w:val="004669A7"/>
    <w:rsid w:val="004673A7"/>
    <w:rsid w:val="004728D4"/>
    <w:rsid w:val="004731AE"/>
    <w:rsid w:val="0047334F"/>
    <w:rsid w:val="00473694"/>
    <w:rsid w:val="004738C1"/>
    <w:rsid w:val="004748BC"/>
    <w:rsid w:val="00476E1B"/>
    <w:rsid w:val="00477B05"/>
    <w:rsid w:val="00477D81"/>
    <w:rsid w:val="004806CB"/>
    <w:rsid w:val="004814AD"/>
    <w:rsid w:val="00481573"/>
    <w:rsid w:val="004819E6"/>
    <w:rsid w:val="00481C12"/>
    <w:rsid w:val="004828D8"/>
    <w:rsid w:val="00484B23"/>
    <w:rsid w:val="0048514A"/>
    <w:rsid w:val="00485193"/>
    <w:rsid w:val="004856B4"/>
    <w:rsid w:val="00487A2A"/>
    <w:rsid w:val="00491990"/>
    <w:rsid w:val="00493368"/>
    <w:rsid w:val="0049381E"/>
    <w:rsid w:val="00493884"/>
    <w:rsid w:val="004965CA"/>
    <w:rsid w:val="004A41DD"/>
    <w:rsid w:val="004A517B"/>
    <w:rsid w:val="004A64B4"/>
    <w:rsid w:val="004A7418"/>
    <w:rsid w:val="004B05CB"/>
    <w:rsid w:val="004B3327"/>
    <w:rsid w:val="004B5515"/>
    <w:rsid w:val="004B760E"/>
    <w:rsid w:val="004C0219"/>
    <w:rsid w:val="004C04EF"/>
    <w:rsid w:val="004C09B0"/>
    <w:rsid w:val="004C177A"/>
    <w:rsid w:val="004C1B6A"/>
    <w:rsid w:val="004C2194"/>
    <w:rsid w:val="004C3D2D"/>
    <w:rsid w:val="004C490D"/>
    <w:rsid w:val="004D0B00"/>
    <w:rsid w:val="004D0E3A"/>
    <w:rsid w:val="004D1265"/>
    <w:rsid w:val="004D1BFE"/>
    <w:rsid w:val="004D1FBB"/>
    <w:rsid w:val="004D42DE"/>
    <w:rsid w:val="004D4D6F"/>
    <w:rsid w:val="004D7870"/>
    <w:rsid w:val="004E2CDF"/>
    <w:rsid w:val="004E3561"/>
    <w:rsid w:val="004E436A"/>
    <w:rsid w:val="004E54F2"/>
    <w:rsid w:val="004E589A"/>
    <w:rsid w:val="004E63B1"/>
    <w:rsid w:val="004E6BF0"/>
    <w:rsid w:val="004E6F42"/>
    <w:rsid w:val="004F0C68"/>
    <w:rsid w:val="004F0E84"/>
    <w:rsid w:val="004F21CD"/>
    <w:rsid w:val="004F2EEB"/>
    <w:rsid w:val="004F3EE3"/>
    <w:rsid w:val="004F4C3A"/>
    <w:rsid w:val="004F5750"/>
    <w:rsid w:val="004F67F0"/>
    <w:rsid w:val="0050136A"/>
    <w:rsid w:val="00501B43"/>
    <w:rsid w:val="00501B5D"/>
    <w:rsid w:val="00502635"/>
    <w:rsid w:val="00504F75"/>
    <w:rsid w:val="00505053"/>
    <w:rsid w:val="0050514C"/>
    <w:rsid w:val="0050617B"/>
    <w:rsid w:val="0050786F"/>
    <w:rsid w:val="0051154A"/>
    <w:rsid w:val="005120EE"/>
    <w:rsid w:val="00512C02"/>
    <w:rsid w:val="0051607B"/>
    <w:rsid w:val="005177EA"/>
    <w:rsid w:val="00517A7E"/>
    <w:rsid w:val="00520058"/>
    <w:rsid w:val="0052230C"/>
    <w:rsid w:val="00522EE4"/>
    <w:rsid w:val="00523692"/>
    <w:rsid w:val="00534ED7"/>
    <w:rsid w:val="00535D16"/>
    <w:rsid w:val="00536A12"/>
    <w:rsid w:val="005373DD"/>
    <w:rsid w:val="00541881"/>
    <w:rsid w:val="005431CC"/>
    <w:rsid w:val="005438C1"/>
    <w:rsid w:val="00544FF3"/>
    <w:rsid w:val="0054603D"/>
    <w:rsid w:val="00547A36"/>
    <w:rsid w:val="005504A2"/>
    <w:rsid w:val="00551218"/>
    <w:rsid w:val="00552BA6"/>
    <w:rsid w:val="005566A6"/>
    <w:rsid w:val="005574E4"/>
    <w:rsid w:val="0056175C"/>
    <w:rsid w:val="00561837"/>
    <w:rsid w:val="0056226A"/>
    <w:rsid w:val="0056411D"/>
    <w:rsid w:val="00565C20"/>
    <w:rsid w:val="00566D74"/>
    <w:rsid w:val="0057233A"/>
    <w:rsid w:val="005729F7"/>
    <w:rsid w:val="005743DD"/>
    <w:rsid w:val="00574F47"/>
    <w:rsid w:val="00575563"/>
    <w:rsid w:val="0057603D"/>
    <w:rsid w:val="00581F10"/>
    <w:rsid w:val="00582AFC"/>
    <w:rsid w:val="005844D6"/>
    <w:rsid w:val="00584E78"/>
    <w:rsid w:val="00587BB2"/>
    <w:rsid w:val="005934E1"/>
    <w:rsid w:val="00596199"/>
    <w:rsid w:val="005963B5"/>
    <w:rsid w:val="00597717"/>
    <w:rsid w:val="005A16D7"/>
    <w:rsid w:val="005A42C4"/>
    <w:rsid w:val="005A4A9C"/>
    <w:rsid w:val="005A4BF5"/>
    <w:rsid w:val="005A5B12"/>
    <w:rsid w:val="005A5BA5"/>
    <w:rsid w:val="005A5D9C"/>
    <w:rsid w:val="005B0A68"/>
    <w:rsid w:val="005B0DA6"/>
    <w:rsid w:val="005B178B"/>
    <w:rsid w:val="005B2BEB"/>
    <w:rsid w:val="005B4260"/>
    <w:rsid w:val="005B4EE3"/>
    <w:rsid w:val="005C03FF"/>
    <w:rsid w:val="005C146C"/>
    <w:rsid w:val="005C2AB2"/>
    <w:rsid w:val="005C2AD3"/>
    <w:rsid w:val="005C2D4F"/>
    <w:rsid w:val="005C613F"/>
    <w:rsid w:val="005C74FB"/>
    <w:rsid w:val="005C7A28"/>
    <w:rsid w:val="005D0974"/>
    <w:rsid w:val="005D1101"/>
    <w:rsid w:val="005D3FC7"/>
    <w:rsid w:val="005D473F"/>
    <w:rsid w:val="005D5957"/>
    <w:rsid w:val="005D688A"/>
    <w:rsid w:val="005E30C4"/>
    <w:rsid w:val="005E36D9"/>
    <w:rsid w:val="005E5B82"/>
    <w:rsid w:val="005E648A"/>
    <w:rsid w:val="005E66AA"/>
    <w:rsid w:val="005F338E"/>
    <w:rsid w:val="005F33A6"/>
    <w:rsid w:val="005F7476"/>
    <w:rsid w:val="0060043E"/>
    <w:rsid w:val="00602109"/>
    <w:rsid w:val="006058BE"/>
    <w:rsid w:val="00605939"/>
    <w:rsid w:val="00606CA3"/>
    <w:rsid w:val="006123CC"/>
    <w:rsid w:val="006126AD"/>
    <w:rsid w:val="006156E8"/>
    <w:rsid w:val="00620A2D"/>
    <w:rsid w:val="00620ACC"/>
    <w:rsid w:val="006224BE"/>
    <w:rsid w:val="00623565"/>
    <w:rsid w:val="00624604"/>
    <w:rsid w:val="006248C8"/>
    <w:rsid w:val="006252FF"/>
    <w:rsid w:val="006255D6"/>
    <w:rsid w:val="006310EB"/>
    <w:rsid w:val="00632C33"/>
    <w:rsid w:val="006342F2"/>
    <w:rsid w:val="00634370"/>
    <w:rsid w:val="00637070"/>
    <w:rsid w:val="0063712E"/>
    <w:rsid w:val="00637E6D"/>
    <w:rsid w:val="006407FC"/>
    <w:rsid w:val="00641481"/>
    <w:rsid w:val="0064185D"/>
    <w:rsid w:val="00643A5C"/>
    <w:rsid w:val="00645110"/>
    <w:rsid w:val="006452A3"/>
    <w:rsid w:val="006463D3"/>
    <w:rsid w:val="00647FCF"/>
    <w:rsid w:val="00650BED"/>
    <w:rsid w:val="00651106"/>
    <w:rsid w:val="00651334"/>
    <w:rsid w:val="0065178F"/>
    <w:rsid w:val="00651FF4"/>
    <w:rsid w:val="0065210C"/>
    <w:rsid w:val="00653D09"/>
    <w:rsid w:val="00655970"/>
    <w:rsid w:val="00655D5E"/>
    <w:rsid w:val="00655FEF"/>
    <w:rsid w:val="00660722"/>
    <w:rsid w:val="0066341C"/>
    <w:rsid w:val="00664AED"/>
    <w:rsid w:val="00664C86"/>
    <w:rsid w:val="0066752F"/>
    <w:rsid w:val="00667C98"/>
    <w:rsid w:val="006710E2"/>
    <w:rsid w:val="006711B6"/>
    <w:rsid w:val="00672431"/>
    <w:rsid w:val="00672D22"/>
    <w:rsid w:val="00675917"/>
    <w:rsid w:val="006767BB"/>
    <w:rsid w:val="006871CE"/>
    <w:rsid w:val="0069069A"/>
    <w:rsid w:val="00692F9C"/>
    <w:rsid w:val="006931B0"/>
    <w:rsid w:val="00693E40"/>
    <w:rsid w:val="00694569"/>
    <w:rsid w:val="0069534F"/>
    <w:rsid w:val="00695D54"/>
    <w:rsid w:val="0069756B"/>
    <w:rsid w:val="006A0A1B"/>
    <w:rsid w:val="006A12D7"/>
    <w:rsid w:val="006A1BC3"/>
    <w:rsid w:val="006A2902"/>
    <w:rsid w:val="006A403B"/>
    <w:rsid w:val="006A4E51"/>
    <w:rsid w:val="006A73DB"/>
    <w:rsid w:val="006A7C0A"/>
    <w:rsid w:val="006B3430"/>
    <w:rsid w:val="006B430F"/>
    <w:rsid w:val="006B494A"/>
    <w:rsid w:val="006B4A25"/>
    <w:rsid w:val="006B53B1"/>
    <w:rsid w:val="006B608A"/>
    <w:rsid w:val="006B60C6"/>
    <w:rsid w:val="006C0A14"/>
    <w:rsid w:val="006C2CCA"/>
    <w:rsid w:val="006C349C"/>
    <w:rsid w:val="006C6C94"/>
    <w:rsid w:val="006C6F0D"/>
    <w:rsid w:val="006D0DA2"/>
    <w:rsid w:val="006D27C0"/>
    <w:rsid w:val="006D5995"/>
    <w:rsid w:val="006D5C3B"/>
    <w:rsid w:val="006D69A1"/>
    <w:rsid w:val="006E00A6"/>
    <w:rsid w:val="006E15EF"/>
    <w:rsid w:val="006E285C"/>
    <w:rsid w:val="006E3BF8"/>
    <w:rsid w:val="006E4400"/>
    <w:rsid w:val="006F1F0B"/>
    <w:rsid w:val="006F2D6C"/>
    <w:rsid w:val="006F672A"/>
    <w:rsid w:val="00701B84"/>
    <w:rsid w:val="00703AD4"/>
    <w:rsid w:val="00704350"/>
    <w:rsid w:val="00706E81"/>
    <w:rsid w:val="00707475"/>
    <w:rsid w:val="00707567"/>
    <w:rsid w:val="007141F7"/>
    <w:rsid w:val="007156A9"/>
    <w:rsid w:val="00716374"/>
    <w:rsid w:val="007205E6"/>
    <w:rsid w:val="00721D83"/>
    <w:rsid w:val="007223FC"/>
    <w:rsid w:val="00722FB5"/>
    <w:rsid w:val="007250A3"/>
    <w:rsid w:val="00732AD8"/>
    <w:rsid w:val="00732CF9"/>
    <w:rsid w:val="007347A1"/>
    <w:rsid w:val="0073507C"/>
    <w:rsid w:val="00742077"/>
    <w:rsid w:val="00742376"/>
    <w:rsid w:val="00744569"/>
    <w:rsid w:val="00745678"/>
    <w:rsid w:val="007509C5"/>
    <w:rsid w:val="00752015"/>
    <w:rsid w:val="00752911"/>
    <w:rsid w:val="00753940"/>
    <w:rsid w:val="00753A87"/>
    <w:rsid w:val="00756919"/>
    <w:rsid w:val="00761E39"/>
    <w:rsid w:val="00762535"/>
    <w:rsid w:val="00766342"/>
    <w:rsid w:val="00775328"/>
    <w:rsid w:val="00775FF0"/>
    <w:rsid w:val="007807EC"/>
    <w:rsid w:val="0078305E"/>
    <w:rsid w:val="00785522"/>
    <w:rsid w:val="007863BF"/>
    <w:rsid w:val="007869D6"/>
    <w:rsid w:val="00786F94"/>
    <w:rsid w:val="0079119D"/>
    <w:rsid w:val="00793C35"/>
    <w:rsid w:val="00797E67"/>
    <w:rsid w:val="00797F4B"/>
    <w:rsid w:val="007A111A"/>
    <w:rsid w:val="007A1149"/>
    <w:rsid w:val="007A5135"/>
    <w:rsid w:val="007A5F16"/>
    <w:rsid w:val="007A672B"/>
    <w:rsid w:val="007B0356"/>
    <w:rsid w:val="007B03ED"/>
    <w:rsid w:val="007B14C5"/>
    <w:rsid w:val="007B2568"/>
    <w:rsid w:val="007B2869"/>
    <w:rsid w:val="007B2ACD"/>
    <w:rsid w:val="007C02D2"/>
    <w:rsid w:val="007C17DA"/>
    <w:rsid w:val="007C3A06"/>
    <w:rsid w:val="007C3FE9"/>
    <w:rsid w:val="007C4AD5"/>
    <w:rsid w:val="007C5B9B"/>
    <w:rsid w:val="007C7C66"/>
    <w:rsid w:val="007C7EAA"/>
    <w:rsid w:val="007D0D86"/>
    <w:rsid w:val="007D3B0E"/>
    <w:rsid w:val="007D6BAC"/>
    <w:rsid w:val="007D784B"/>
    <w:rsid w:val="007E6607"/>
    <w:rsid w:val="007F02FF"/>
    <w:rsid w:val="007F338D"/>
    <w:rsid w:val="007F415D"/>
    <w:rsid w:val="007F4F79"/>
    <w:rsid w:val="007F5243"/>
    <w:rsid w:val="007F62DF"/>
    <w:rsid w:val="007F6E80"/>
    <w:rsid w:val="007F7F03"/>
    <w:rsid w:val="008002D0"/>
    <w:rsid w:val="00800AAD"/>
    <w:rsid w:val="00800B4B"/>
    <w:rsid w:val="008031A7"/>
    <w:rsid w:val="008038BE"/>
    <w:rsid w:val="00803B14"/>
    <w:rsid w:val="0081010E"/>
    <w:rsid w:val="0081524B"/>
    <w:rsid w:val="008176B6"/>
    <w:rsid w:val="00817C62"/>
    <w:rsid w:val="00817DAD"/>
    <w:rsid w:val="0082054C"/>
    <w:rsid w:val="00821240"/>
    <w:rsid w:val="0082142D"/>
    <w:rsid w:val="00823CAF"/>
    <w:rsid w:val="008240C9"/>
    <w:rsid w:val="0082537E"/>
    <w:rsid w:val="00830430"/>
    <w:rsid w:val="00832323"/>
    <w:rsid w:val="008333EA"/>
    <w:rsid w:val="0083607B"/>
    <w:rsid w:val="0084043C"/>
    <w:rsid w:val="008409C3"/>
    <w:rsid w:val="008432E8"/>
    <w:rsid w:val="0084383F"/>
    <w:rsid w:val="008468DE"/>
    <w:rsid w:val="008502CB"/>
    <w:rsid w:val="00851A9D"/>
    <w:rsid w:val="0085345F"/>
    <w:rsid w:val="008535EC"/>
    <w:rsid w:val="0085500D"/>
    <w:rsid w:val="00861EF5"/>
    <w:rsid w:val="00863F22"/>
    <w:rsid w:val="00864CC8"/>
    <w:rsid w:val="008658FA"/>
    <w:rsid w:val="00871FCA"/>
    <w:rsid w:val="00872732"/>
    <w:rsid w:val="008744F3"/>
    <w:rsid w:val="008751B0"/>
    <w:rsid w:val="0087655E"/>
    <w:rsid w:val="00876819"/>
    <w:rsid w:val="008771C3"/>
    <w:rsid w:val="0087745B"/>
    <w:rsid w:val="0088012D"/>
    <w:rsid w:val="008807D6"/>
    <w:rsid w:val="00882424"/>
    <w:rsid w:val="00882AC9"/>
    <w:rsid w:val="00887E3C"/>
    <w:rsid w:val="008901CB"/>
    <w:rsid w:val="0089346D"/>
    <w:rsid w:val="0089360A"/>
    <w:rsid w:val="0089382B"/>
    <w:rsid w:val="00893AE5"/>
    <w:rsid w:val="00894C64"/>
    <w:rsid w:val="00897310"/>
    <w:rsid w:val="008A17BB"/>
    <w:rsid w:val="008A2849"/>
    <w:rsid w:val="008A3CA9"/>
    <w:rsid w:val="008A5096"/>
    <w:rsid w:val="008A6CE9"/>
    <w:rsid w:val="008B02EF"/>
    <w:rsid w:val="008B25BB"/>
    <w:rsid w:val="008B2EAF"/>
    <w:rsid w:val="008B3C4D"/>
    <w:rsid w:val="008B47FA"/>
    <w:rsid w:val="008B4DD8"/>
    <w:rsid w:val="008B5684"/>
    <w:rsid w:val="008B5B1C"/>
    <w:rsid w:val="008C0CB7"/>
    <w:rsid w:val="008C138D"/>
    <w:rsid w:val="008C20C6"/>
    <w:rsid w:val="008C27AE"/>
    <w:rsid w:val="008C3B12"/>
    <w:rsid w:val="008C42D0"/>
    <w:rsid w:val="008C7BA1"/>
    <w:rsid w:val="008C7E7D"/>
    <w:rsid w:val="008D04FE"/>
    <w:rsid w:val="008D09D7"/>
    <w:rsid w:val="008D241D"/>
    <w:rsid w:val="008D3541"/>
    <w:rsid w:val="008D3CE8"/>
    <w:rsid w:val="008D4D8C"/>
    <w:rsid w:val="008D76E5"/>
    <w:rsid w:val="008E3272"/>
    <w:rsid w:val="008E5432"/>
    <w:rsid w:val="008E5BF6"/>
    <w:rsid w:val="008E7771"/>
    <w:rsid w:val="008E7EAD"/>
    <w:rsid w:val="008F0877"/>
    <w:rsid w:val="008F28E0"/>
    <w:rsid w:val="008F4545"/>
    <w:rsid w:val="008F7AB1"/>
    <w:rsid w:val="008F7C44"/>
    <w:rsid w:val="00902E8E"/>
    <w:rsid w:val="00902F99"/>
    <w:rsid w:val="00903313"/>
    <w:rsid w:val="00903D11"/>
    <w:rsid w:val="00905600"/>
    <w:rsid w:val="0090582A"/>
    <w:rsid w:val="009117F0"/>
    <w:rsid w:val="0091181C"/>
    <w:rsid w:val="0091558B"/>
    <w:rsid w:val="00921C19"/>
    <w:rsid w:val="00924FBF"/>
    <w:rsid w:val="00925464"/>
    <w:rsid w:val="0092725F"/>
    <w:rsid w:val="00927945"/>
    <w:rsid w:val="00927F4B"/>
    <w:rsid w:val="00932414"/>
    <w:rsid w:val="009335D2"/>
    <w:rsid w:val="0093374B"/>
    <w:rsid w:val="009348FE"/>
    <w:rsid w:val="00934E3E"/>
    <w:rsid w:val="00936716"/>
    <w:rsid w:val="00940843"/>
    <w:rsid w:val="00940D62"/>
    <w:rsid w:val="00941655"/>
    <w:rsid w:val="0094220C"/>
    <w:rsid w:val="00942DE4"/>
    <w:rsid w:val="009441EF"/>
    <w:rsid w:val="00944299"/>
    <w:rsid w:val="00944815"/>
    <w:rsid w:val="00944AB2"/>
    <w:rsid w:val="00945E68"/>
    <w:rsid w:val="00947E2D"/>
    <w:rsid w:val="00950F20"/>
    <w:rsid w:val="00951ADB"/>
    <w:rsid w:val="009537B7"/>
    <w:rsid w:val="0096001D"/>
    <w:rsid w:val="00960755"/>
    <w:rsid w:val="00960DA7"/>
    <w:rsid w:val="00964347"/>
    <w:rsid w:val="00964380"/>
    <w:rsid w:val="00970766"/>
    <w:rsid w:val="00972612"/>
    <w:rsid w:val="00974795"/>
    <w:rsid w:val="009762FE"/>
    <w:rsid w:val="0097679B"/>
    <w:rsid w:val="00981586"/>
    <w:rsid w:val="009816DF"/>
    <w:rsid w:val="00981E11"/>
    <w:rsid w:val="00981E3A"/>
    <w:rsid w:val="0098338B"/>
    <w:rsid w:val="00986851"/>
    <w:rsid w:val="00987D0B"/>
    <w:rsid w:val="00987D23"/>
    <w:rsid w:val="00992801"/>
    <w:rsid w:val="00993948"/>
    <w:rsid w:val="009961E7"/>
    <w:rsid w:val="009A02D2"/>
    <w:rsid w:val="009A1057"/>
    <w:rsid w:val="009A1846"/>
    <w:rsid w:val="009A2B79"/>
    <w:rsid w:val="009A38BB"/>
    <w:rsid w:val="009A535E"/>
    <w:rsid w:val="009A561A"/>
    <w:rsid w:val="009A5646"/>
    <w:rsid w:val="009A6476"/>
    <w:rsid w:val="009A7025"/>
    <w:rsid w:val="009B08B0"/>
    <w:rsid w:val="009B5294"/>
    <w:rsid w:val="009B7432"/>
    <w:rsid w:val="009B7FD7"/>
    <w:rsid w:val="009C11AB"/>
    <w:rsid w:val="009C13CB"/>
    <w:rsid w:val="009C1C43"/>
    <w:rsid w:val="009C1D9F"/>
    <w:rsid w:val="009C4C49"/>
    <w:rsid w:val="009C627C"/>
    <w:rsid w:val="009D198C"/>
    <w:rsid w:val="009D1B70"/>
    <w:rsid w:val="009D1FF7"/>
    <w:rsid w:val="009D4239"/>
    <w:rsid w:val="009D4B06"/>
    <w:rsid w:val="009D4F0B"/>
    <w:rsid w:val="009D6550"/>
    <w:rsid w:val="009D6C00"/>
    <w:rsid w:val="009D6DE5"/>
    <w:rsid w:val="009E3FFA"/>
    <w:rsid w:val="009E55AC"/>
    <w:rsid w:val="009E58D5"/>
    <w:rsid w:val="009E5CFD"/>
    <w:rsid w:val="009E6026"/>
    <w:rsid w:val="009E7682"/>
    <w:rsid w:val="009F1399"/>
    <w:rsid w:val="009F24AF"/>
    <w:rsid w:val="009F5487"/>
    <w:rsid w:val="00A0007C"/>
    <w:rsid w:val="00A00095"/>
    <w:rsid w:val="00A009AA"/>
    <w:rsid w:val="00A0208D"/>
    <w:rsid w:val="00A03A00"/>
    <w:rsid w:val="00A05849"/>
    <w:rsid w:val="00A063E1"/>
    <w:rsid w:val="00A07835"/>
    <w:rsid w:val="00A11607"/>
    <w:rsid w:val="00A12CD4"/>
    <w:rsid w:val="00A15E6F"/>
    <w:rsid w:val="00A16227"/>
    <w:rsid w:val="00A167AB"/>
    <w:rsid w:val="00A1748F"/>
    <w:rsid w:val="00A22B77"/>
    <w:rsid w:val="00A2429C"/>
    <w:rsid w:val="00A24ACE"/>
    <w:rsid w:val="00A25A58"/>
    <w:rsid w:val="00A266DA"/>
    <w:rsid w:val="00A26F35"/>
    <w:rsid w:val="00A30E92"/>
    <w:rsid w:val="00A31DF2"/>
    <w:rsid w:val="00A32E39"/>
    <w:rsid w:val="00A32F88"/>
    <w:rsid w:val="00A34E19"/>
    <w:rsid w:val="00A37DEF"/>
    <w:rsid w:val="00A40178"/>
    <w:rsid w:val="00A43958"/>
    <w:rsid w:val="00A463F4"/>
    <w:rsid w:val="00A464A6"/>
    <w:rsid w:val="00A468E6"/>
    <w:rsid w:val="00A536D3"/>
    <w:rsid w:val="00A54DB2"/>
    <w:rsid w:val="00A5553D"/>
    <w:rsid w:val="00A606B6"/>
    <w:rsid w:val="00A60F31"/>
    <w:rsid w:val="00A62CE6"/>
    <w:rsid w:val="00A63EE4"/>
    <w:rsid w:val="00A66900"/>
    <w:rsid w:val="00A66FA4"/>
    <w:rsid w:val="00A67648"/>
    <w:rsid w:val="00A67716"/>
    <w:rsid w:val="00A70B6C"/>
    <w:rsid w:val="00A715FC"/>
    <w:rsid w:val="00A73439"/>
    <w:rsid w:val="00A743DC"/>
    <w:rsid w:val="00A77A45"/>
    <w:rsid w:val="00A8015E"/>
    <w:rsid w:val="00A81997"/>
    <w:rsid w:val="00A81EEC"/>
    <w:rsid w:val="00A82569"/>
    <w:rsid w:val="00A82BD4"/>
    <w:rsid w:val="00A84344"/>
    <w:rsid w:val="00A86A81"/>
    <w:rsid w:val="00A87867"/>
    <w:rsid w:val="00A87989"/>
    <w:rsid w:val="00A90725"/>
    <w:rsid w:val="00A90AFB"/>
    <w:rsid w:val="00A9567A"/>
    <w:rsid w:val="00A96E4E"/>
    <w:rsid w:val="00A97205"/>
    <w:rsid w:val="00AA0637"/>
    <w:rsid w:val="00AA1D8D"/>
    <w:rsid w:val="00AA3BF1"/>
    <w:rsid w:val="00AB10D8"/>
    <w:rsid w:val="00AB3DEB"/>
    <w:rsid w:val="00AB5C3D"/>
    <w:rsid w:val="00AB5D28"/>
    <w:rsid w:val="00AB5F0F"/>
    <w:rsid w:val="00AB67C9"/>
    <w:rsid w:val="00AB711B"/>
    <w:rsid w:val="00AC0C1C"/>
    <w:rsid w:val="00AC2CA2"/>
    <w:rsid w:val="00AC400C"/>
    <w:rsid w:val="00AC4FA5"/>
    <w:rsid w:val="00AC6939"/>
    <w:rsid w:val="00AC6CCB"/>
    <w:rsid w:val="00AC752D"/>
    <w:rsid w:val="00AD14BC"/>
    <w:rsid w:val="00AD420A"/>
    <w:rsid w:val="00AD588B"/>
    <w:rsid w:val="00AE04C6"/>
    <w:rsid w:val="00AE28AB"/>
    <w:rsid w:val="00AE584F"/>
    <w:rsid w:val="00AE73EC"/>
    <w:rsid w:val="00AE76E1"/>
    <w:rsid w:val="00AF17DF"/>
    <w:rsid w:val="00AF310A"/>
    <w:rsid w:val="00AF33B8"/>
    <w:rsid w:val="00AF441A"/>
    <w:rsid w:val="00AF5EA2"/>
    <w:rsid w:val="00AF60E4"/>
    <w:rsid w:val="00AF67E9"/>
    <w:rsid w:val="00B004CB"/>
    <w:rsid w:val="00B011B6"/>
    <w:rsid w:val="00B022A5"/>
    <w:rsid w:val="00B03800"/>
    <w:rsid w:val="00B040D7"/>
    <w:rsid w:val="00B1040D"/>
    <w:rsid w:val="00B14597"/>
    <w:rsid w:val="00B14EA7"/>
    <w:rsid w:val="00B165BC"/>
    <w:rsid w:val="00B17878"/>
    <w:rsid w:val="00B17A86"/>
    <w:rsid w:val="00B23352"/>
    <w:rsid w:val="00B24156"/>
    <w:rsid w:val="00B25147"/>
    <w:rsid w:val="00B25CA0"/>
    <w:rsid w:val="00B27849"/>
    <w:rsid w:val="00B30612"/>
    <w:rsid w:val="00B34686"/>
    <w:rsid w:val="00B3561A"/>
    <w:rsid w:val="00B37C75"/>
    <w:rsid w:val="00B4195C"/>
    <w:rsid w:val="00B43A46"/>
    <w:rsid w:val="00B43E17"/>
    <w:rsid w:val="00B4457F"/>
    <w:rsid w:val="00B45793"/>
    <w:rsid w:val="00B47730"/>
    <w:rsid w:val="00B518AE"/>
    <w:rsid w:val="00B52905"/>
    <w:rsid w:val="00B53570"/>
    <w:rsid w:val="00B5444E"/>
    <w:rsid w:val="00B556B4"/>
    <w:rsid w:val="00B556C6"/>
    <w:rsid w:val="00B63526"/>
    <w:rsid w:val="00B643D5"/>
    <w:rsid w:val="00B705AB"/>
    <w:rsid w:val="00B70605"/>
    <w:rsid w:val="00B70EBA"/>
    <w:rsid w:val="00B71A67"/>
    <w:rsid w:val="00B7211C"/>
    <w:rsid w:val="00B728BC"/>
    <w:rsid w:val="00B73E3B"/>
    <w:rsid w:val="00B74383"/>
    <w:rsid w:val="00B75A5E"/>
    <w:rsid w:val="00B76FB9"/>
    <w:rsid w:val="00B82480"/>
    <w:rsid w:val="00B82608"/>
    <w:rsid w:val="00B83540"/>
    <w:rsid w:val="00B842E8"/>
    <w:rsid w:val="00B85759"/>
    <w:rsid w:val="00B86A37"/>
    <w:rsid w:val="00B87489"/>
    <w:rsid w:val="00B902A4"/>
    <w:rsid w:val="00B92654"/>
    <w:rsid w:val="00B9307C"/>
    <w:rsid w:val="00B93187"/>
    <w:rsid w:val="00B93C81"/>
    <w:rsid w:val="00B95AA0"/>
    <w:rsid w:val="00B96159"/>
    <w:rsid w:val="00B969E8"/>
    <w:rsid w:val="00BA325F"/>
    <w:rsid w:val="00BA4C86"/>
    <w:rsid w:val="00BA65CD"/>
    <w:rsid w:val="00BA72BE"/>
    <w:rsid w:val="00BB02D8"/>
    <w:rsid w:val="00BB1898"/>
    <w:rsid w:val="00BB3B0A"/>
    <w:rsid w:val="00BB6A60"/>
    <w:rsid w:val="00BB6F97"/>
    <w:rsid w:val="00BB76F7"/>
    <w:rsid w:val="00BB7ED0"/>
    <w:rsid w:val="00BC10AE"/>
    <w:rsid w:val="00BC1E19"/>
    <w:rsid w:val="00BC1FBC"/>
    <w:rsid w:val="00BC2191"/>
    <w:rsid w:val="00BC26F0"/>
    <w:rsid w:val="00BD01E5"/>
    <w:rsid w:val="00BD1531"/>
    <w:rsid w:val="00BD506D"/>
    <w:rsid w:val="00BE2F62"/>
    <w:rsid w:val="00BE5426"/>
    <w:rsid w:val="00BE5A0C"/>
    <w:rsid w:val="00BE64F9"/>
    <w:rsid w:val="00BE6EE8"/>
    <w:rsid w:val="00BF485A"/>
    <w:rsid w:val="00BF5710"/>
    <w:rsid w:val="00BF5D7C"/>
    <w:rsid w:val="00BF6393"/>
    <w:rsid w:val="00C001E1"/>
    <w:rsid w:val="00C01066"/>
    <w:rsid w:val="00C03CE4"/>
    <w:rsid w:val="00C057DF"/>
    <w:rsid w:val="00C11D5D"/>
    <w:rsid w:val="00C135BF"/>
    <w:rsid w:val="00C152C4"/>
    <w:rsid w:val="00C1577E"/>
    <w:rsid w:val="00C15B52"/>
    <w:rsid w:val="00C15FC8"/>
    <w:rsid w:val="00C232B0"/>
    <w:rsid w:val="00C267B2"/>
    <w:rsid w:val="00C26A61"/>
    <w:rsid w:val="00C277DD"/>
    <w:rsid w:val="00C335CF"/>
    <w:rsid w:val="00C363C1"/>
    <w:rsid w:val="00C42703"/>
    <w:rsid w:val="00C4561B"/>
    <w:rsid w:val="00C46021"/>
    <w:rsid w:val="00C46C16"/>
    <w:rsid w:val="00C51604"/>
    <w:rsid w:val="00C56235"/>
    <w:rsid w:val="00C57340"/>
    <w:rsid w:val="00C60B71"/>
    <w:rsid w:val="00C65B52"/>
    <w:rsid w:val="00C65F25"/>
    <w:rsid w:val="00C6764E"/>
    <w:rsid w:val="00C701A1"/>
    <w:rsid w:val="00C70F5A"/>
    <w:rsid w:val="00C72034"/>
    <w:rsid w:val="00C72653"/>
    <w:rsid w:val="00C80023"/>
    <w:rsid w:val="00C8046B"/>
    <w:rsid w:val="00C830D6"/>
    <w:rsid w:val="00C85803"/>
    <w:rsid w:val="00C9202A"/>
    <w:rsid w:val="00C943A1"/>
    <w:rsid w:val="00C9521A"/>
    <w:rsid w:val="00C95A44"/>
    <w:rsid w:val="00C96A09"/>
    <w:rsid w:val="00C97EAB"/>
    <w:rsid w:val="00CA04A4"/>
    <w:rsid w:val="00CA5176"/>
    <w:rsid w:val="00CB0664"/>
    <w:rsid w:val="00CB4953"/>
    <w:rsid w:val="00CB7178"/>
    <w:rsid w:val="00CB7CAC"/>
    <w:rsid w:val="00CB7CD9"/>
    <w:rsid w:val="00CC226C"/>
    <w:rsid w:val="00CC3E9F"/>
    <w:rsid w:val="00CC4987"/>
    <w:rsid w:val="00CC534A"/>
    <w:rsid w:val="00CC5445"/>
    <w:rsid w:val="00CC5732"/>
    <w:rsid w:val="00CC67BD"/>
    <w:rsid w:val="00CC7796"/>
    <w:rsid w:val="00CD1E66"/>
    <w:rsid w:val="00CD2D7F"/>
    <w:rsid w:val="00CD4B89"/>
    <w:rsid w:val="00CE136C"/>
    <w:rsid w:val="00CE417B"/>
    <w:rsid w:val="00CF0AFA"/>
    <w:rsid w:val="00CF1446"/>
    <w:rsid w:val="00CF3730"/>
    <w:rsid w:val="00CF4EB3"/>
    <w:rsid w:val="00CF4EE2"/>
    <w:rsid w:val="00CF585D"/>
    <w:rsid w:val="00CF5C51"/>
    <w:rsid w:val="00CF6AC9"/>
    <w:rsid w:val="00D07C6A"/>
    <w:rsid w:val="00D106D7"/>
    <w:rsid w:val="00D107A8"/>
    <w:rsid w:val="00D10AA6"/>
    <w:rsid w:val="00D11B02"/>
    <w:rsid w:val="00D12089"/>
    <w:rsid w:val="00D12214"/>
    <w:rsid w:val="00D12A1C"/>
    <w:rsid w:val="00D148F9"/>
    <w:rsid w:val="00D14CFA"/>
    <w:rsid w:val="00D15E52"/>
    <w:rsid w:val="00D22072"/>
    <w:rsid w:val="00D2394E"/>
    <w:rsid w:val="00D25A2D"/>
    <w:rsid w:val="00D26198"/>
    <w:rsid w:val="00D30C91"/>
    <w:rsid w:val="00D30E8A"/>
    <w:rsid w:val="00D32722"/>
    <w:rsid w:val="00D331F3"/>
    <w:rsid w:val="00D3774F"/>
    <w:rsid w:val="00D37EBB"/>
    <w:rsid w:val="00D40CB9"/>
    <w:rsid w:val="00D40E8F"/>
    <w:rsid w:val="00D41076"/>
    <w:rsid w:val="00D424BF"/>
    <w:rsid w:val="00D42D97"/>
    <w:rsid w:val="00D430FA"/>
    <w:rsid w:val="00D4441F"/>
    <w:rsid w:val="00D46427"/>
    <w:rsid w:val="00D46623"/>
    <w:rsid w:val="00D5165C"/>
    <w:rsid w:val="00D51B99"/>
    <w:rsid w:val="00D53CD2"/>
    <w:rsid w:val="00D55A65"/>
    <w:rsid w:val="00D56C43"/>
    <w:rsid w:val="00D57FA4"/>
    <w:rsid w:val="00D6116F"/>
    <w:rsid w:val="00D64CE4"/>
    <w:rsid w:val="00D7032D"/>
    <w:rsid w:val="00D70463"/>
    <w:rsid w:val="00D70F2B"/>
    <w:rsid w:val="00D71E56"/>
    <w:rsid w:val="00D71F27"/>
    <w:rsid w:val="00D77301"/>
    <w:rsid w:val="00D80384"/>
    <w:rsid w:val="00D80DA7"/>
    <w:rsid w:val="00D849BE"/>
    <w:rsid w:val="00D85D1E"/>
    <w:rsid w:val="00D86E51"/>
    <w:rsid w:val="00D92BE9"/>
    <w:rsid w:val="00D95D9A"/>
    <w:rsid w:val="00D963F1"/>
    <w:rsid w:val="00D97044"/>
    <w:rsid w:val="00DA0475"/>
    <w:rsid w:val="00DA21C5"/>
    <w:rsid w:val="00DA2238"/>
    <w:rsid w:val="00DA7897"/>
    <w:rsid w:val="00DB0135"/>
    <w:rsid w:val="00DB1DE2"/>
    <w:rsid w:val="00DB3310"/>
    <w:rsid w:val="00DB480C"/>
    <w:rsid w:val="00DB6FB3"/>
    <w:rsid w:val="00DC18C9"/>
    <w:rsid w:val="00DC3176"/>
    <w:rsid w:val="00DC3AF1"/>
    <w:rsid w:val="00DC56BA"/>
    <w:rsid w:val="00DC5810"/>
    <w:rsid w:val="00DC64D1"/>
    <w:rsid w:val="00DD2BE0"/>
    <w:rsid w:val="00DD2E13"/>
    <w:rsid w:val="00DD74A3"/>
    <w:rsid w:val="00DE29DF"/>
    <w:rsid w:val="00DE31BC"/>
    <w:rsid w:val="00DE4F21"/>
    <w:rsid w:val="00DE7681"/>
    <w:rsid w:val="00DF042F"/>
    <w:rsid w:val="00DF049D"/>
    <w:rsid w:val="00DF3E28"/>
    <w:rsid w:val="00DF4DF8"/>
    <w:rsid w:val="00DF5368"/>
    <w:rsid w:val="00DF7427"/>
    <w:rsid w:val="00E0048E"/>
    <w:rsid w:val="00E004D5"/>
    <w:rsid w:val="00E00D92"/>
    <w:rsid w:val="00E04CCD"/>
    <w:rsid w:val="00E05663"/>
    <w:rsid w:val="00E0663B"/>
    <w:rsid w:val="00E06E35"/>
    <w:rsid w:val="00E10279"/>
    <w:rsid w:val="00E109BE"/>
    <w:rsid w:val="00E12014"/>
    <w:rsid w:val="00E12FBD"/>
    <w:rsid w:val="00E14855"/>
    <w:rsid w:val="00E16D9A"/>
    <w:rsid w:val="00E2221D"/>
    <w:rsid w:val="00E24374"/>
    <w:rsid w:val="00E26111"/>
    <w:rsid w:val="00E2737A"/>
    <w:rsid w:val="00E27AAC"/>
    <w:rsid w:val="00E31770"/>
    <w:rsid w:val="00E319D4"/>
    <w:rsid w:val="00E31B66"/>
    <w:rsid w:val="00E32CC3"/>
    <w:rsid w:val="00E32E03"/>
    <w:rsid w:val="00E35F63"/>
    <w:rsid w:val="00E376D2"/>
    <w:rsid w:val="00E41609"/>
    <w:rsid w:val="00E42A07"/>
    <w:rsid w:val="00E432B7"/>
    <w:rsid w:val="00E43EA2"/>
    <w:rsid w:val="00E472F6"/>
    <w:rsid w:val="00E47C24"/>
    <w:rsid w:val="00E51D03"/>
    <w:rsid w:val="00E520D7"/>
    <w:rsid w:val="00E54368"/>
    <w:rsid w:val="00E60D65"/>
    <w:rsid w:val="00E61481"/>
    <w:rsid w:val="00E61A9D"/>
    <w:rsid w:val="00E633A3"/>
    <w:rsid w:val="00E644ED"/>
    <w:rsid w:val="00E710AE"/>
    <w:rsid w:val="00E7160E"/>
    <w:rsid w:val="00E7277F"/>
    <w:rsid w:val="00E7313B"/>
    <w:rsid w:val="00E73CD1"/>
    <w:rsid w:val="00E7459C"/>
    <w:rsid w:val="00E74BBC"/>
    <w:rsid w:val="00E76F2C"/>
    <w:rsid w:val="00E83B7C"/>
    <w:rsid w:val="00E84439"/>
    <w:rsid w:val="00E855AD"/>
    <w:rsid w:val="00E900D8"/>
    <w:rsid w:val="00E9346C"/>
    <w:rsid w:val="00E94023"/>
    <w:rsid w:val="00E94E0E"/>
    <w:rsid w:val="00E9676C"/>
    <w:rsid w:val="00E97F6C"/>
    <w:rsid w:val="00EA2E0B"/>
    <w:rsid w:val="00EA3A91"/>
    <w:rsid w:val="00EA3FBA"/>
    <w:rsid w:val="00EA4EB8"/>
    <w:rsid w:val="00EA6563"/>
    <w:rsid w:val="00EB2892"/>
    <w:rsid w:val="00EB3477"/>
    <w:rsid w:val="00EB3A23"/>
    <w:rsid w:val="00EB6E57"/>
    <w:rsid w:val="00EC1633"/>
    <w:rsid w:val="00EC1EC0"/>
    <w:rsid w:val="00EC237C"/>
    <w:rsid w:val="00ED15A1"/>
    <w:rsid w:val="00ED35EF"/>
    <w:rsid w:val="00ED4DF4"/>
    <w:rsid w:val="00ED5AD7"/>
    <w:rsid w:val="00ED7ABE"/>
    <w:rsid w:val="00EE234D"/>
    <w:rsid w:val="00EE2DE1"/>
    <w:rsid w:val="00EE2F79"/>
    <w:rsid w:val="00EE4253"/>
    <w:rsid w:val="00EF19F6"/>
    <w:rsid w:val="00EF3826"/>
    <w:rsid w:val="00EF4983"/>
    <w:rsid w:val="00EF49BF"/>
    <w:rsid w:val="00EF4AB4"/>
    <w:rsid w:val="00EF5C4D"/>
    <w:rsid w:val="00F01541"/>
    <w:rsid w:val="00F0218A"/>
    <w:rsid w:val="00F07671"/>
    <w:rsid w:val="00F10F01"/>
    <w:rsid w:val="00F127FF"/>
    <w:rsid w:val="00F1428D"/>
    <w:rsid w:val="00F153DB"/>
    <w:rsid w:val="00F1733D"/>
    <w:rsid w:val="00F2015B"/>
    <w:rsid w:val="00F216E0"/>
    <w:rsid w:val="00F22977"/>
    <w:rsid w:val="00F22E94"/>
    <w:rsid w:val="00F234F0"/>
    <w:rsid w:val="00F23EA8"/>
    <w:rsid w:val="00F24151"/>
    <w:rsid w:val="00F24194"/>
    <w:rsid w:val="00F25744"/>
    <w:rsid w:val="00F25950"/>
    <w:rsid w:val="00F31F7A"/>
    <w:rsid w:val="00F33E37"/>
    <w:rsid w:val="00F34EB5"/>
    <w:rsid w:val="00F36C27"/>
    <w:rsid w:val="00F41C55"/>
    <w:rsid w:val="00F42849"/>
    <w:rsid w:val="00F5100B"/>
    <w:rsid w:val="00F51278"/>
    <w:rsid w:val="00F51A8B"/>
    <w:rsid w:val="00F5295D"/>
    <w:rsid w:val="00F53502"/>
    <w:rsid w:val="00F537B1"/>
    <w:rsid w:val="00F53D66"/>
    <w:rsid w:val="00F5569F"/>
    <w:rsid w:val="00F61D6E"/>
    <w:rsid w:val="00F65210"/>
    <w:rsid w:val="00F70FE7"/>
    <w:rsid w:val="00F7118A"/>
    <w:rsid w:val="00F71FC6"/>
    <w:rsid w:val="00F72D21"/>
    <w:rsid w:val="00F72D6A"/>
    <w:rsid w:val="00F75754"/>
    <w:rsid w:val="00F757C8"/>
    <w:rsid w:val="00F772DA"/>
    <w:rsid w:val="00F779AE"/>
    <w:rsid w:val="00F77B17"/>
    <w:rsid w:val="00F80A78"/>
    <w:rsid w:val="00F83392"/>
    <w:rsid w:val="00F84392"/>
    <w:rsid w:val="00F8533E"/>
    <w:rsid w:val="00F876E0"/>
    <w:rsid w:val="00F9157B"/>
    <w:rsid w:val="00F921B3"/>
    <w:rsid w:val="00F92295"/>
    <w:rsid w:val="00F953F1"/>
    <w:rsid w:val="00F9598E"/>
    <w:rsid w:val="00F97E61"/>
    <w:rsid w:val="00FA0FB8"/>
    <w:rsid w:val="00FA24AA"/>
    <w:rsid w:val="00FA3B75"/>
    <w:rsid w:val="00FA57F6"/>
    <w:rsid w:val="00FB0F66"/>
    <w:rsid w:val="00FB1F0C"/>
    <w:rsid w:val="00FB28F2"/>
    <w:rsid w:val="00FB44F7"/>
    <w:rsid w:val="00FB50D2"/>
    <w:rsid w:val="00FB5610"/>
    <w:rsid w:val="00FB7512"/>
    <w:rsid w:val="00FB78D1"/>
    <w:rsid w:val="00FB7D4B"/>
    <w:rsid w:val="00FB7F9F"/>
    <w:rsid w:val="00FC0133"/>
    <w:rsid w:val="00FC2E18"/>
    <w:rsid w:val="00FC3B94"/>
    <w:rsid w:val="00FC546C"/>
    <w:rsid w:val="00FC693F"/>
    <w:rsid w:val="00FC6A1C"/>
    <w:rsid w:val="00FC7B5C"/>
    <w:rsid w:val="00FC7C6E"/>
    <w:rsid w:val="00FD0DB7"/>
    <w:rsid w:val="00FD42C6"/>
    <w:rsid w:val="00FD4C79"/>
    <w:rsid w:val="00FD7DD9"/>
    <w:rsid w:val="00FE08DD"/>
    <w:rsid w:val="00FE0B17"/>
    <w:rsid w:val="00FE0CB8"/>
    <w:rsid w:val="00FE1072"/>
    <w:rsid w:val="00FE196C"/>
    <w:rsid w:val="00FE40ED"/>
    <w:rsid w:val="00FE4FA9"/>
    <w:rsid w:val="00FE5942"/>
    <w:rsid w:val="00FE7A5F"/>
    <w:rsid w:val="00FF158A"/>
    <w:rsid w:val="00FF27C5"/>
    <w:rsid w:val="00FF65D8"/>
    <w:rsid w:val="00FF7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79F5EF"/>
  <w14:defaultImageDpi w14:val="300"/>
  <w15:docId w15:val="{D7E41A59-5827-4205-9732-C5F3E3E7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sz w:val="21"/>
    </w:rPr>
  </w:style>
  <w:style w:type="paragraph" w:styleId="Ttulo1">
    <w:name w:val="heading 1"/>
    <w:basedOn w:val="Normal"/>
    <w:next w:val="Normal"/>
    <w:link w:val="Ttulo1Car"/>
    <w:uiPriority w:val="9"/>
    <w:qFormat/>
    <w:rsid w:val="00FC693F"/>
    <w:pPr>
      <w:keepNext/>
      <w:keepLines/>
      <w:spacing w:before="240"/>
      <w:outlineLvl w:val="0"/>
    </w:pPr>
    <w:rPr>
      <w:rFonts w:asciiTheme="majorHAnsi" w:eastAsiaTheme="majorEastAsia" w:hAnsiTheme="majorHAnsi" w:cstheme="majorBidi"/>
      <w:b/>
      <w:bCs/>
      <w:color w:val="1F4E79"/>
      <w:sz w:val="28"/>
      <w:szCs w:val="28"/>
    </w:rPr>
  </w:style>
  <w:style w:type="paragraph" w:styleId="Ttulo2">
    <w:name w:val="heading 2"/>
    <w:basedOn w:val="Normal"/>
    <w:next w:val="Normal"/>
    <w:link w:val="Ttulo2Car"/>
    <w:uiPriority w:val="9"/>
    <w:unhideWhenUsed/>
    <w:qFormat/>
    <w:rsid w:val="00FC693F"/>
    <w:pPr>
      <w:keepNext/>
      <w:keepLines/>
      <w:spacing w:before="160"/>
      <w:outlineLvl w:val="1"/>
    </w:pPr>
    <w:rPr>
      <w:rFonts w:asciiTheme="majorHAnsi" w:eastAsiaTheme="majorEastAsia" w:hAnsiTheme="majorHAnsi" w:cstheme="majorBidi"/>
      <w:b/>
      <w:bCs/>
      <w:color w:val="1F4E79"/>
      <w:sz w:val="24"/>
      <w:szCs w:val="26"/>
    </w:rPr>
  </w:style>
  <w:style w:type="paragraph" w:styleId="Ttulo3">
    <w:name w:val="heading 3"/>
    <w:basedOn w:val="Normal"/>
    <w:next w:val="Normal"/>
    <w:link w:val="Ttulo3Car"/>
    <w:uiPriority w:val="9"/>
    <w:unhideWhenUsed/>
    <w:qFormat/>
    <w:rsid w:val="00FC693F"/>
    <w:pPr>
      <w:keepNext/>
      <w:keepLines/>
      <w:spacing w:before="160"/>
      <w:outlineLvl w:val="2"/>
    </w:pPr>
    <w:rPr>
      <w:rFonts w:asciiTheme="majorHAnsi" w:eastAsiaTheme="majorEastAsia" w:hAnsiTheme="majorHAnsi" w:cstheme="majorBidi"/>
      <w:b/>
      <w:bCs/>
      <w:color w:val="1F4E79"/>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1F4E79"/>
      <w:sz w:val="24"/>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rPr>
      <w:rFonts w:ascii="Aptos" w:eastAsia="Aptos" w:hAnsi="Aptos"/>
      <w:sz w:val="21"/>
    </w:rPr>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rPr>
      <w:rFonts w:ascii="Aptos" w:eastAsia="Aptos" w:hAnsi="Aptos"/>
      <w:sz w:val="21"/>
    </w:rPr>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rFonts w:ascii="Aptos" w:eastAsia="Aptos" w:hAnsi="Aptos"/>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Refdecomentario">
    <w:name w:val="annotation reference"/>
    <w:basedOn w:val="Fuentedeprrafopredeter"/>
    <w:uiPriority w:val="99"/>
    <w:semiHidden/>
    <w:unhideWhenUsed/>
    <w:rsid w:val="006156E8"/>
    <w:rPr>
      <w:sz w:val="16"/>
      <w:szCs w:val="16"/>
    </w:rPr>
  </w:style>
  <w:style w:type="paragraph" w:styleId="Textocomentario">
    <w:name w:val="annotation text"/>
    <w:basedOn w:val="Normal"/>
    <w:link w:val="TextocomentarioCar"/>
    <w:uiPriority w:val="99"/>
    <w:unhideWhenUsed/>
    <w:rsid w:val="006156E8"/>
    <w:pPr>
      <w:spacing w:line="240" w:lineRule="auto"/>
    </w:pPr>
    <w:rPr>
      <w:sz w:val="20"/>
      <w:szCs w:val="20"/>
    </w:rPr>
  </w:style>
  <w:style w:type="character" w:customStyle="1" w:styleId="TextocomentarioCar">
    <w:name w:val="Texto comentario Car"/>
    <w:basedOn w:val="Fuentedeprrafopredeter"/>
    <w:link w:val="Textocomentario"/>
    <w:uiPriority w:val="99"/>
    <w:rsid w:val="006156E8"/>
    <w:rPr>
      <w:rFonts w:ascii="Aptos" w:eastAsia="Aptos" w:hAnsi="Aptos"/>
      <w:sz w:val="20"/>
      <w:szCs w:val="20"/>
    </w:rPr>
  </w:style>
  <w:style w:type="paragraph" w:styleId="Asuntodelcomentario">
    <w:name w:val="annotation subject"/>
    <w:basedOn w:val="Textocomentario"/>
    <w:next w:val="Textocomentario"/>
    <w:link w:val="AsuntodelcomentarioCar"/>
    <w:uiPriority w:val="99"/>
    <w:semiHidden/>
    <w:unhideWhenUsed/>
    <w:rsid w:val="006156E8"/>
    <w:rPr>
      <w:b/>
      <w:bCs/>
    </w:rPr>
  </w:style>
  <w:style w:type="character" w:customStyle="1" w:styleId="AsuntodelcomentarioCar">
    <w:name w:val="Asunto del comentario Car"/>
    <w:basedOn w:val="TextocomentarioCar"/>
    <w:link w:val="Asuntodelcomentario"/>
    <w:uiPriority w:val="99"/>
    <w:semiHidden/>
    <w:rsid w:val="006156E8"/>
    <w:rPr>
      <w:rFonts w:ascii="Aptos" w:eastAsia="Aptos" w:hAnsi="Aptos"/>
      <w:b/>
      <w:bCs/>
      <w:sz w:val="20"/>
      <w:szCs w:val="20"/>
    </w:rPr>
  </w:style>
  <w:style w:type="paragraph" w:styleId="NormalWeb">
    <w:name w:val="Normal (Web)"/>
    <w:basedOn w:val="Normal"/>
    <w:uiPriority w:val="99"/>
    <w:semiHidden/>
    <w:unhideWhenUsed/>
    <w:rsid w:val="00014B59"/>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isselectedend">
    <w:name w:val="isselectedend"/>
    <w:basedOn w:val="Normal"/>
    <w:rsid w:val="0012330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692F9C"/>
    <w:rPr>
      <w:color w:val="0000FF" w:themeColor="hyperlink"/>
      <w:u w:val="single"/>
    </w:rPr>
  </w:style>
  <w:style w:type="character" w:styleId="Mencinsinresolver">
    <w:name w:val="Unresolved Mention"/>
    <w:basedOn w:val="Fuentedeprrafopredeter"/>
    <w:uiPriority w:val="99"/>
    <w:semiHidden/>
    <w:unhideWhenUsed/>
    <w:rsid w:val="00692F9C"/>
    <w:rPr>
      <w:color w:val="605E5C"/>
      <w:shd w:val="clear" w:color="auto" w:fill="E1DFDD"/>
    </w:rPr>
  </w:style>
  <w:style w:type="character" w:styleId="Hipervnculovisitado">
    <w:name w:val="FollowedHyperlink"/>
    <w:basedOn w:val="Fuentedeprrafopredeter"/>
    <w:uiPriority w:val="99"/>
    <w:semiHidden/>
    <w:unhideWhenUsed/>
    <w:rsid w:val="003752C6"/>
    <w:rPr>
      <w:color w:val="800080" w:themeColor="followedHyperlink"/>
      <w:u w:val="single"/>
    </w:rPr>
  </w:style>
  <w:style w:type="paragraph" w:styleId="Textonotapie">
    <w:name w:val="footnote text"/>
    <w:basedOn w:val="Normal"/>
    <w:link w:val="TextonotapieCar"/>
    <w:uiPriority w:val="99"/>
    <w:semiHidden/>
    <w:unhideWhenUsed/>
    <w:rsid w:val="0056226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6226A"/>
    <w:rPr>
      <w:rFonts w:ascii="Calibri" w:eastAsia="Calibri" w:hAnsi="Calibri"/>
      <w:sz w:val="20"/>
      <w:szCs w:val="20"/>
    </w:rPr>
  </w:style>
  <w:style w:type="character" w:styleId="Refdenotaalpie">
    <w:name w:val="footnote reference"/>
    <w:basedOn w:val="Fuentedeprrafopredeter"/>
    <w:uiPriority w:val="99"/>
    <w:semiHidden/>
    <w:unhideWhenUsed/>
    <w:rsid w:val="005622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rp.es/politica-de-privacida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srp.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72250d-6bab-4531-9b6c-455bc76b5b1c">
      <Terms xmlns="http://schemas.microsoft.com/office/infopath/2007/PartnerControls"/>
    </lcf76f155ced4ddcb4097134ff3c332f>
    <TaxCatchAll xmlns="5c1621f1-ec18-408b-9733-6901cca12a9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77A0504093BD145A9F506AB9CC602AF" ma:contentTypeVersion="12" ma:contentTypeDescription="Crear nuevo documento." ma:contentTypeScope="" ma:versionID="573ee11630699582733019fa416bef88">
  <xsd:schema xmlns:xsd="http://www.w3.org/2001/XMLSchema" xmlns:xs="http://www.w3.org/2001/XMLSchema" xmlns:p="http://schemas.microsoft.com/office/2006/metadata/properties" xmlns:ns2="f772250d-6bab-4531-9b6c-455bc76b5b1c" xmlns:ns3="5c1621f1-ec18-408b-9733-6901cca12a98" targetNamespace="http://schemas.microsoft.com/office/2006/metadata/properties" ma:root="true" ma:fieldsID="f94a1ca871bf06b407e49ea9c9abd91c" ns2:_="" ns3:_="">
    <xsd:import namespace="f772250d-6bab-4531-9b6c-455bc76b5b1c"/>
    <xsd:import namespace="5c1621f1-ec18-408b-9733-6901cca12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2250d-6bab-4531-9b6c-455bc76b5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95e5ccb6-9a78-48c6-be29-92aa7084ac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1621f1-ec18-408b-9733-6901cca12a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ff1ba4-2ef8-489e-89aa-17bee2055822}" ma:internalName="TaxCatchAll" ma:showField="CatchAllData" ma:web="5c1621f1-ec18-408b-9733-6901cca12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76D035-A4B8-4AAB-BBE8-7FB7E92AEBE4}">
  <ds:schemaRefs>
    <ds:schemaRef ds:uri="http://schemas.microsoft.com/office/2006/metadata/properties"/>
    <ds:schemaRef ds:uri="http://schemas.microsoft.com/office/infopath/2007/PartnerControls"/>
    <ds:schemaRef ds:uri="f772250d-6bab-4531-9b6c-455bc76b5b1c"/>
    <ds:schemaRef ds:uri="5c1621f1-ec18-408b-9733-6901cca12a98"/>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C42D791-C835-4CB5-9609-C0F84FCE4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2250d-6bab-4531-9b6c-455bc76b5b1c"/>
    <ds:schemaRef ds:uri="5c1621f1-ec18-408b-9733-6901cca12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7582E-EE96-4B59-AAA1-D7C6E1993A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1360</Words>
  <Characters>7484</Characters>
  <Application>Microsoft Office Word</Application>
  <DocSecurity>0</DocSecurity>
  <Lines>62</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Antonia Iturbe Diaz - SRP</cp:lastModifiedBy>
  <cp:revision>6</cp:revision>
  <dcterms:created xsi:type="dcterms:W3CDTF">2026-10-30T09:10:00Z</dcterms:created>
  <dcterms:modified xsi:type="dcterms:W3CDTF">2026-10-30T11:12:00Z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0x010100F77A0504093BD145A9F506AB9CC602AF</vt:lpwstr>
  </property>
  <property fmtid="{D5CDD505-2E9C-101B-9397-08002B2CF9AE}" pid="3" name="MediaServiceImageTags">
    <vt:lpwstr/>
  </property>
</Properties>
</file>